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102" w:rsidRDefault="00C01102">
      <w:pPr>
        <w:autoSpaceDE w:val="0"/>
        <w:autoSpaceDN w:val="0"/>
        <w:spacing w:after="78" w:line="220" w:lineRule="exact"/>
      </w:pPr>
    </w:p>
    <w:p w:rsidR="00C01102" w:rsidRPr="00736AD6" w:rsidRDefault="00736AD6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C01102" w:rsidRPr="00736AD6" w:rsidRDefault="00736AD6">
      <w:pPr>
        <w:autoSpaceDE w:val="0"/>
        <w:autoSpaceDN w:val="0"/>
        <w:spacing w:before="670" w:after="0" w:line="230" w:lineRule="auto"/>
        <w:ind w:left="2076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Башкортостан</w:t>
      </w:r>
    </w:p>
    <w:p w:rsidR="00C01102" w:rsidRPr="00736AD6" w:rsidRDefault="00736AD6">
      <w:pPr>
        <w:autoSpaceDE w:val="0"/>
        <w:autoSpaceDN w:val="0"/>
        <w:spacing w:before="670" w:after="0" w:line="230" w:lineRule="auto"/>
        <w:ind w:left="1926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Отдел образования Администрации МР Караидельский район РБ</w:t>
      </w:r>
    </w:p>
    <w:p w:rsidR="00C01102" w:rsidRPr="00736AD6" w:rsidRDefault="00736AD6">
      <w:pPr>
        <w:autoSpaceDE w:val="0"/>
        <w:autoSpaceDN w:val="0"/>
        <w:spacing w:before="670" w:after="1376" w:line="230" w:lineRule="auto"/>
        <w:ind w:left="203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МОБУ </w:t>
      </w:r>
      <w:proofErr w:type="spell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Староакбуляковская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ООШ МР Караидельский район РБ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82"/>
        <w:gridCol w:w="3440"/>
        <w:gridCol w:w="2500"/>
      </w:tblGrid>
      <w:tr w:rsidR="00C01102">
        <w:trPr>
          <w:trHeight w:hRule="exact" w:val="274"/>
        </w:trPr>
        <w:tc>
          <w:tcPr>
            <w:tcW w:w="3182" w:type="dxa"/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48" w:after="0" w:line="230" w:lineRule="auto"/>
              <w:ind w:left="33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2500" w:type="dxa"/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48"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C01102">
        <w:trPr>
          <w:trHeight w:hRule="exact" w:val="276"/>
        </w:trPr>
        <w:tc>
          <w:tcPr>
            <w:tcW w:w="3182" w:type="dxa"/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МО учителей начальных классов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Заместитель директора по УВР</w:t>
            </w:r>
          </w:p>
        </w:tc>
        <w:tc>
          <w:tcPr>
            <w:tcW w:w="2500" w:type="dxa"/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after="0" w:line="230" w:lineRule="auto"/>
              <w:ind w:left="41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:rsidR="00C01102" w:rsidRDefault="00C01102">
      <w:pPr>
        <w:autoSpaceDE w:val="0"/>
        <w:autoSpaceDN w:val="0"/>
        <w:spacing w:after="0" w:line="60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22"/>
        <w:gridCol w:w="3620"/>
        <w:gridCol w:w="3100"/>
      </w:tblGrid>
      <w:tr w:rsidR="00C01102">
        <w:trPr>
          <w:trHeight w:hRule="exact" w:val="362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60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______________Султанова З.Н.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60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______________Мугалимова Г.Ф.</w:t>
            </w:r>
          </w:p>
        </w:tc>
        <w:tc>
          <w:tcPr>
            <w:tcW w:w="3100" w:type="dxa"/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60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______________Хайдарова Р.М.</w:t>
            </w:r>
          </w:p>
        </w:tc>
      </w:tr>
      <w:tr w:rsidR="00C01102">
        <w:trPr>
          <w:trHeight w:hRule="exact" w:val="420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10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106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№147</w:t>
            </w:r>
          </w:p>
        </w:tc>
        <w:tc>
          <w:tcPr>
            <w:tcW w:w="3100" w:type="dxa"/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106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№147</w:t>
            </w:r>
          </w:p>
        </w:tc>
      </w:tr>
      <w:tr w:rsidR="00C01102">
        <w:trPr>
          <w:trHeight w:hRule="exact" w:val="380"/>
        </w:trPr>
        <w:tc>
          <w:tcPr>
            <w:tcW w:w="3122" w:type="dxa"/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94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"30" августа2022 г.</w:t>
            </w:r>
          </w:p>
        </w:tc>
        <w:tc>
          <w:tcPr>
            <w:tcW w:w="3620" w:type="dxa"/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94" w:after="0" w:line="230" w:lineRule="auto"/>
              <w:ind w:left="39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"31" августа  2022 г.</w:t>
            </w:r>
          </w:p>
        </w:tc>
        <w:tc>
          <w:tcPr>
            <w:tcW w:w="3100" w:type="dxa"/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94" w:after="0" w:line="230" w:lineRule="auto"/>
              <w:ind w:left="2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"31" августа2022 г.</w:t>
            </w:r>
          </w:p>
        </w:tc>
      </w:tr>
    </w:tbl>
    <w:p w:rsidR="00C01102" w:rsidRPr="00736AD6" w:rsidRDefault="00736AD6" w:rsidP="00E957E2">
      <w:pPr>
        <w:tabs>
          <w:tab w:val="left" w:pos="3776"/>
          <w:tab w:val="left" w:pos="3866"/>
          <w:tab w:val="left" w:pos="4256"/>
          <w:tab w:val="left" w:pos="4544"/>
        </w:tabs>
        <w:autoSpaceDE w:val="0"/>
        <w:autoSpaceDN w:val="0"/>
        <w:spacing w:before="1338" w:after="0" w:line="446" w:lineRule="auto"/>
        <w:ind w:left="2874" w:right="2016"/>
        <w:rPr>
          <w:lang w:val="ru-RU"/>
        </w:rPr>
      </w:pP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НАЧАЛЬНОГО ОБЩЕГО ОБРАЗОВАНИЯ </w:t>
      </w:r>
      <w:r w:rsidRPr="00736AD6">
        <w:rPr>
          <w:lang w:val="ru-RU"/>
        </w:rPr>
        <w:br/>
      </w: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5331063)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Учебного предмета</w:t>
      </w:r>
      <w:r w:rsidR="00E957E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«ОКРУЖАЮЩИЙ МИР»</w:t>
      </w:r>
      <w:r w:rsidR="00E957E2">
        <w:rPr>
          <w:rFonts w:ascii="Times New Roman" w:eastAsia="Times New Roman" w:hAnsi="Times New Roman"/>
          <w:b/>
          <w:color w:val="000000"/>
          <w:sz w:val="24"/>
          <w:lang w:val="ru-RU"/>
        </w:rPr>
        <w:br/>
        <w:t xml:space="preserve"> 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(для 1-2</w:t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классов образовательных организаций)</w:t>
      </w:r>
    </w:p>
    <w:p w:rsidR="00C01102" w:rsidRDefault="00C01102">
      <w:pPr>
        <w:rPr>
          <w:lang w:val="ru-RU"/>
        </w:rPr>
      </w:pPr>
    </w:p>
    <w:p w:rsidR="00736AD6" w:rsidRDefault="00736AD6">
      <w:pPr>
        <w:rPr>
          <w:lang w:val="ru-RU"/>
        </w:rPr>
      </w:pPr>
    </w:p>
    <w:p w:rsidR="00736AD6" w:rsidRPr="00736AD6" w:rsidRDefault="00736AD6">
      <w:pPr>
        <w:rPr>
          <w:rFonts w:ascii="Times New Roman" w:hAnsi="Times New Roman" w:cs="Times New Roman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</w:t>
      </w:r>
      <w:r w:rsidRPr="00736AD6">
        <w:rPr>
          <w:rFonts w:ascii="Times New Roman" w:hAnsi="Times New Roman" w:cs="Times New Roman"/>
          <w:lang w:val="ru-RU"/>
        </w:rPr>
        <w:t xml:space="preserve">Составитель: Мустафина </w:t>
      </w:r>
      <w:proofErr w:type="spellStart"/>
      <w:r w:rsidRPr="00736AD6">
        <w:rPr>
          <w:rFonts w:ascii="Times New Roman" w:hAnsi="Times New Roman" w:cs="Times New Roman"/>
          <w:lang w:val="ru-RU"/>
        </w:rPr>
        <w:t>Залифя</w:t>
      </w:r>
      <w:proofErr w:type="spellEnd"/>
      <w:r w:rsidRPr="00736AD6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736AD6">
        <w:rPr>
          <w:rFonts w:ascii="Times New Roman" w:hAnsi="Times New Roman" w:cs="Times New Roman"/>
          <w:lang w:val="ru-RU"/>
        </w:rPr>
        <w:t>Ханисовна</w:t>
      </w:r>
      <w:proofErr w:type="spellEnd"/>
      <w:r w:rsidRPr="00736AD6">
        <w:rPr>
          <w:rFonts w:ascii="Times New Roman" w:hAnsi="Times New Roman" w:cs="Times New Roman"/>
          <w:lang w:val="ru-RU"/>
        </w:rPr>
        <w:t>,</w:t>
      </w:r>
    </w:p>
    <w:p w:rsidR="00736AD6" w:rsidRDefault="00736AD6">
      <w:pPr>
        <w:rPr>
          <w:rFonts w:ascii="Times New Roman" w:hAnsi="Times New Roman" w:cs="Times New Roman"/>
          <w:lang w:val="ru-RU"/>
        </w:rPr>
      </w:pPr>
      <w:r w:rsidRPr="00736AD6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учитель начальных классов.</w:t>
      </w:r>
    </w:p>
    <w:p w:rsidR="00736AD6" w:rsidRDefault="00736AD6">
      <w:pPr>
        <w:rPr>
          <w:rFonts w:ascii="Times New Roman" w:hAnsi="Times New Roman" w:cs="Times New Roman"/>
          <w:lang w:val="ru-RU"/>
        </w:rPr>
      </w:pPr>
    </w:p>
    <w:p w:rsidR="0062437E" w:rsidRDefault="0062437E">
      <w:pPr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</w:t>
      </w:r>
    </w:p>
    <w:p w:rsidR="00736AD6" w:rsidRDefault="0062437E">
      <w:pPr>
        <w:rPr>
          <w:rFonts w:ascii="Times New Roman" w:hAnsi="Times New Roman" w:cs="Times New Roman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                   </w:t>
      </w:r>
      <w:r w:rsidR="00736AD6"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Старый </w:t>
      </w:r>
      <w:proofErr w:type="spellStart"/>
      <w:r w:rsidR="00736AD6" w:rsidRPr="00736AD6">
        <w:rPr>
          <w:rFonts w:ascii="Times New Roman" w:eastAsia="Times New Roman" w:hAnsi="Times New Roman"/>
          <w:color w:val="000000"/>
          <w:sz w:val="24"/>
          <w:lang w:val="ru-RU"/>
        </w:rPr>
        <w:t>Акбуляк</w:t>
      </w:r>
      <w:proofErr w:type="spellEnd"/>
      <w:r w:rsidR="00736AD6"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2022</w:t>
      </w:r>
    </w:p>
    <w:p w:rsidR="00C01102" w:rsidRPr="00736AD6" w:rsidRDefault="0062437E" w:rsidP="0062437E">
      <w:pPr>
        <w:tabs>
          <w:tab w:val="center" w:pos="3284"/>
          <w:tab w:val="right" w:pos="6568"/>
        </w:tabs>
        <w:autoSpaceDE w:val="0"/>
        <w:autoSpaceDN w:val="0"/>
        <w:spacing w:after="0" w:line="230" w:lineRule="auto"/>
        <w:ind w:right="3294"/>
        <w:rPr>
          <w:lang w:val="ru-RU"/>
        </w:rPr>
      </w:pPr>
      <w:r>
        <w:rPr>
          <w:rFonts w:ascii="Times New Roman" w:hAnsi="Times New Roman" w:cs="Times New Roman"/>
          <w:lang w:val="ru-RU"/>
        </w:rPr>
        <w:tab/>
      </w:r>
    </w:p>
    <w:p w:rsidR="0062437E" w:rsidRDefault="0062437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62437E" w:rsidRDefault="0062437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957E2" w:rsidRDefault="0062437E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                                           </w:t>
      </w:r>
    </w:p>
    <w:p w:rsidR="00E957E2" w:rsidRDefault="00E957E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957E2" w:rsidRDefault="00E957E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957E2" w:rsidRDefault="00E957E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957E2" w:rsidRDefault="00E957E2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01102" w:rsidRPr="00736AD6" w:rsidRDefault="0062437E">
      <w:pPr>
        <w:autoSpaceDE w:val="0"/>
        <w:autoSpaceDN w:val="0"/>
        <w:spacing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 </w:t>
      </w:r>
      <w:r w:rsidR="00736AD6"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C01102" w:rsidRPr="00736AD6" w:rsidRDefault="00736AD6">
      <w:pPr>
        <w:autoSpaceDE w:val="0"/>
        <w:autoSpaceDN w:val="0"/>
        <w:spacing w:before="346" w:after="0" w:line="271" w:lineRule="auto"/>
        <w:ind w:right="288" w:firstLine="180"/>
        <w:rPr>
          <w:lang w:val="ru-RU"/>
        </w:rPr>
      </w:pP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Программа по учебному предмету «Окружающий мир» (предметная область «Обществознание и естествознание» 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  <w:proofErr w:type="gramEnd"/>
    </w:p>
    <w:p w:rsidR="00C01102" w:rsidRPr="00736AD6" w:rsidRDefault="00736AD6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планированию.</w:t>
      </w:r>
    </w:p>
    <w:p w:rsidR="00C01102" w:rsidRPr="00736AD6" w:rsidRDefault="00736AD6">
      <w:pPr>
        <w:autoSpaceDE w:val="0"/>
        <w:autoSpaceDN w:val="0"/>
        <w:spacing w:before="70" w:after="0" w:line="288" w:lineRule="auto"/>
        <w:ind w:firstLine="18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обучения раскрывает  содержательные  линии для обязательного изучения в каждом классе начальной школы. Содержание обучения в каждом классе завершается перечнем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универсальных учебных действий (УУД) — познавательных, коммуникативных и регулятивных, которые возможно формировать средствами  учебного  предмета  «Окружающий  мир» с   учётом возрастных   особенностей   младших   школьников.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С учётом того, что выполнение правил совместной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 строится на интеграции регулятивных (определенные волевые усилия, </w:t>
      </w:r>
      <w:proofErr w:type="spell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саморегуляция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, самоконтроль, проявление терпения и доброжелательности при налаживании отношений) и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деятельность».</w:t>
      </w:r>
    </w:p>
    <w:p w:rsidR="00C01102" w:rsidRPr="00736AD6" w:rsidRDefault="00736AD6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Планируемые результаты включают личностные, </w:t>
      </w:r>
      <w:proofErr w:type="spell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метапредметные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результаты за период обучения, а также предметные достижения младшего школьника за первый год обучения в начальной школе. </w:t>
      </w: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В тематическом планировании описывается программное содержание по всем разделам содержания обучения каждого класса, а также раскрываются методы и формы организации обучения и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характеристика деятельностей, которые целесообразно использовать при изучении той или иной программной темы.</w:t>
      </w:r>
    </w:p>
    <w:p w:rsidR="00C01102" w:rsidRPr="00736AD6" w:rsidRDefault="00736AD6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Представлены также способы организации дифференцированного обучения.</w:t>
      </w:r>
    </w:p>
    <w:p w:rsidR="00C01102" w:rsidRPr="00736AD6" w:rsidRDefault="00736AD6">
      <w:pPr>
        <w:autoSpaceDE w:val="0"/>
        <w:autoSpaceDN w:val="0"/>
        <w:spacing w:before="70" w:after="0" w:line="281" w:lineRule="auto"/>
        <w:ind w:right="144" w:firstLine="18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«Окружающий мир»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Примерной программы воспитания, а также с учётом историко-культурного  стандарта.</w:t>
      </w:r>
    </w:p>
    <w:p w:rsidR="00C01102" w:rsidRPr="00736AD6" w:rsidRDefault="00736AD6">
      <w:pPr>
        <w:autoSpaceDE w:val="0"/>
        <w:autoSpaceDN w:val="0"/>
        <w:spacing w:before="72" w:after="0" w:line="271" w:lineRule="auto"/>
        <w:ind w:right="288" w:firstLine="18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C01102" w:rsidRPr="00736AD6" w:rsidRDefault="00736AD6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C01102" w:rsidRPr="00736AD6" w:rsidRDefault="00736AD6">
      <w:pPr>
        <w:autoSpaceDE w:val="0"/>
        <w:autoSpaceDN w:val="0"/>
        <w:spacing w:before="190" w:after="0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умений  и  навыков  применять  полученные  знания в реальной  учебной  и жизненной  практике,  связанной 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духовно-нравственное развитие и воспитание личности гражданина России, понимание своей</w:t>
      </w:r>
    </w:p>
    <w:p w:rsidR="00C01102" w:rsidRPr="00736AD6" w:rsidRDefault="00C01102">
      <w:pPr>
        <w:rPr>
          <w:lang w:val="ru-RU"/>
        </w:rPr>
        <w:sectPr w:rsidR="00C01102" w:rsidRPr="00736AD6">
          <w:pgSz w:w="11900" w:h="16840"/>
          <w:pgMar w:top="298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01102" w:rsidRPr="00736AD6" w:rsidRDefault="00C01102">
      <w:pPr>
        <w:autoSpaceDE w:val="0"/>
        <w:autoSpaceDN w:val="0"/>
        <w:spacing w:after="66" w:line="220" w:lineRule="exact"/>
        <w:rPr>
          <w:lang w:val="ru-RU"/>
        </w:rPr>
      </w:pPr>
    </w:p>
    <w:p w:rsidR="00C01102" w:rsidRPr="00736AD6" w:rsidRDefault="00736AD6">
      <w:pPr>
        <w:autoSpaceDE w:val="0"/>
        <w:autoSpaceDN w:val="0"/>
        <w:spacing w:after="0"/>
        <w:ind w:left="420" w:right="432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принадлежности к Российскому государству, определённому этносу; проявление уважения к истории, культуре, традициям народов РФ; освоение младшими школьниками мирового культурного опыта по созданию общечеловеческих ценностей, законов и правил построения взаимоотношений в социуме; обогащение духовного богатства обучающихся; </w:t>
      </w:r>
    </w:p>
    <w:p w:rsidR="00C01102" w:rsidRPr="00736AD6" w:rsidRDefault="00736AD6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повседневного проявления культуры общения, гуманного отношения к людям,  уважительного  отношения  к их взглядам, мнению и индивидуальности</w:t>
      </w:r>
    </w:p>
    <w:p w:rsidR="00C01102" w:rsidRPr="00736AD6" w:rsidRDefault="00736AD6">
      <w:pPr>
        <w:autoSpaceDE w:val="0"/>
        <w:autoSpaceDN w:val="0"/>
        <w:spacing w:before="180" w:after="0" w:line="286" w:lineRule="auto"/>
        <w:ind w:firstLine="18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</w:t>
      </w:r>
      <w:proofErr w:type="spell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природа»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Человек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 Отбор содержания </w:t>
      </w:r>
      <w:proofErr w:type="spell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курса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«О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кружающий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мир» осуществлён на основе следующих ведущих идей: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раскрытие роли человека в природе и обществе; </w:t>
      </w:r>
    </w:p>
    <w:p w:rsidR="00C01102" w:rsidRPr="00736AD6" w:rsidRDefault="00736AD6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освоение общечеловеческих ценностей взаимодействия в системах «Человек и </w:t>
      </w:r>
      <w:proofErr w:type="spell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природа»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,«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Человек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и общество», «Человек и другие люди», «Человек и его самость», «Человек и познание».</w:t>
      </w:r>
    </w:p>
    <w:p w:rsidR="00C01102" w:rsidRPr="00736AD6" w:rsidRDefault="00736AD6">
      <w:pPr>
        <w:tabs>
          <w:tab w:val="left" w:pos="180"/>
        </w:tabs>
        <w:autoSpaceDE w:val="0"/>
        <w:autoSpaceDN w:val="0"/>
        <w:spacing w:before="178" w:after="0" w:line="262" w:lineRule="auto"/>
        <w:rPr>
          <w:lang w:val="ru-RU"/>
        </w:rPr>
      </w:pPr>
      <w:r w:rsidRPr="00736AD6">
        <w:rPr>
          <w:lang w:val="ru-RU"/>
        </w:rPr>
        <w:tab/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Общее число часов, отведённых на изучение курса «Окружающий мир», — 270 ч (два часа в неделю в каждом классе): 1 класс — 66 ч, 2 класс — 68 ч, 3 класс — 68 ч, 4 класс — 68 ч.</w:t>
      </w:r>
      <w:proofErr w:type="gramEnd"/>
    </w:p>
    <w:p w:rsidR="00C01102" w:rsidRPr="00736AD6" w:rsidRDefault="00C01102">
      <w:pPr>
        <w:rPr>
          <w:lang w:val="ru-RU"/>
        </w:rPr>
        <w:sectPr w:rsidR="00C01102" w:rsidRPr="00736AD6">
          <w:pgSz w:w="11900" w:h="16840"/>
          <w:pgMar w:top="286" w:right="686" w:bottom="1440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C01102" w:rsidRPr="00736AD6" w:rsidRDefault="00C01102">
      <w:pPr>
        <w:autoSpaceDE w:val="0"/>
        <w:autoSpaceDN w:val="0"/>
        <w:spacing w:after="78" w:line="220" w:lineRule="exact"/>
        <w:rPr>
          <w:lang w:val="ru-RU"/>
        </w:rPr>
      </w:pPr>
    </w:p>
    <w:p w:rsidR="00C01102" w:rsidRPr="00736AD6" w:rsidRDefault="00736AD6">
      <w:pPr>
        <w:autoSpaceDE w:val="0"/>
        <w:autoSpaceDN w:val="0"/>
        <w:spacing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C01102" w:rsidRPr="00736AD6" w:rsidRDefault="00736AD6">
      <w:pPr>
        <w:autoSpaceDE w:val="0"/>
        <w:autoSpaceDN w:val="0"/>
        <w:spacing w:before="346"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C01102" w:rsidRPr="00736AD6" w:rsidRDefault="00736AD6">
      <w:pPr>
        <w:tabs>
          <w:tab w:val="left" w:pos="180"/>
        </w:tabs>
        <w:autoSpaceDE w:val="0"/>
        <w:autoSpaceDN w:val="0"/>
        <w:spacing w:before="166" w:after="0" w:line="281" w:lineRule="auto"/>
        <w:rPr>
          <w:lang w:val="ru-RU"/>
        </w:rPr>
      </w:pP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общество </w:t>
      </w:r>
      <w:r w:rsidRPr="00736AD6">
        <w:rPr>
          <w:lang w:val="ru-RU"/>
        </w:rPr>
        <w:br/>
      </w: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деятельность с одноклассниками — учёба, игры, отдых. Рабочее место школьника: удобное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C01102" w:rsidRPr="00736AD6" w:rsidRDefault="00736AD6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Семья.  Моя семья в прошлом и настоящем.  Имена и фамилии членов семьи, их профессии. Взаимоотношения и взаимопомощь в семье.  Совместный труд и отдых.  Домашний адрес.</w:t>
      </w:r>
    </w:p>
    <w:p w:rsidR="00C01102" w:rsidRPr="00736AD6" w:rsidRDefault="00736AD6">
      <w:pPr>
        <w:autoSpaceDE w:val="0"/>
        <w:autoSpaceDN w:val="0"/>
        <w:spacing w:before="72" w:after="0"/>
        <w:ind w:firstLine="18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Россия — наша Родина. Москва —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Ценность и красота рукотворного  мира.    Правила поведения в социуме.</w:t>
      </w:r>
    </w:p>
    <w:p w:rsidR="00C01102" w:rsidRPr="00736AD6" w:rsidRDefault="00736AD6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природа </w:t>
      </w:r>
      <w:r w:rsidRPr="00736AD6">
        <w:rPr>
          <w:lang w:val="ru-RU"/>
        </w:rPr>
        <w:br/>
      </w:r>
      <w:r w:rsidRPr="00736AD6">
        <w:rPr>
          <w:lang w:val="ru-RU"/>
        </w:rPr>
        <w:tab/>
      </w:r>
      <w:proofErr w:type="spell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Природа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—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 Сезонные изменения в природе.  Взаимосвязи между человеком и природой.  Правила нравственного и безопасного поведения в природе.</w:t>
      </w:r>
    </w:p>
    <w:p w:rsidR="00C01102" w:rsidRPr="00736AD6" w:rsidRDefault="00736AD6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Части растения (называние, краткая характеристика значения для жизни растения): корень, стебель, лист, цветок, плод, семя.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Комнатные растения, правила содержания и ухода.</w:t>
      </w:r>
    </w:p>
    <w:p w:rsidR="00C01102" w:rsidRPr="00736AD6" w:rsidRDefault="00736AD6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Мир животных Разные группы животных (звери, насекомые, птицы, рыбы и др.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)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. Домашние и дикие животные (различия в условиях жизни). Забота о домашних питомцах.</w:t>
      </w:r>
    </w:p>
    <w:p w:rsidR="00C01102" w:rsidRPr="00736AD6" w:rsidRDefault="00736AD6">
      <w:pPr>
        <w:autoSpaceDE w:val="0"/>
        <w:autoSpaceDN w:val="0"/>
        <w:spacing w:before="70" w:after="0" w:line="262" w:lineRule="auto"/>
        <w:ind w:left="180" w:right="144"/>
        <w:rPr>
          <w:lang w:val="ru-RU"/>
        </w:rPr>
      </w:pP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Правила безопасной жизни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необходимости соблюдения режима дня, правил здорового питания и личной гигиены. </w:t>
      </w:r>
    </w:p>
    <w:p w:rsidR="00C01102" w:rsidRPr="00736AD6" w:rsidRDefault="00736AD6">
      <w:pPr>
        <w:autoSpaceDE w:val="0"/>
        <w:autoSpaceDN w:val="0"/>
        <w:spacing w:before="70"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Правила безопасности в быту: пользование бытовыми электроприборами, газовыми плитами.</w:t>
      </w:r>
    </w:p>
    <w:p w:rsidR="00C01102" w:rsidRPr="00736AD6" w:rsidRDefault="00736AD6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C01102" w:rsidRPr="00736AD6" w:rsidRDefault="00736AD6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Безопасность в сети Интернет (электронный дневник и электронные ресурсы школы) в условиях контролируемого доступа в Интернет.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180" w:right="3456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(пропедевтический уровень) </w:t>
      </w: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Познавательные универсальные учебные действия:</w:t>
      </w:r>
    </w:p>
    <w:p w:rsidR="00C01102" w:rsidRPr="00736AD6" w:rsidRDefault="00736AD6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лиственных и хвойных растений, сравнивать их, устанавливать различия во внешнем виде.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понимать, что информация может быть представлена в разной форме — текста, иллюстраций,</w:t>
      </w:r>
    </w:p>
    <w:p w:rsidR="00C01102" w:rsidRPr="00736AD6" w:rsidRDefault="00C01102">
      <w:pPr>
        <w:rPr>
          <w:lang w:val="ru-RU"/>
        </w:rPr>
        <w:sectPr w:rsidR="00C01102" w:rsidRPr="00736AD6">
          <w:pgSz w:w="11900" w:h="16840"/>
          <w:pgMar w:top="298" w:right="650" w:bottom="40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C01102" w:rsidRPr="00736AD6" w:rsidRDefault="00C01102">
      <w:pPr>
        <w:autoSpaceDE w:val="0"/>
        <w:autoSpaceDN w:val="0"/>
        <w:spacing w:after="66" w:line="220" w:lineRule="exact"/>
        <w:rPr>
          <w:lang w:val="ru-RU"/>
        </w:rPr>
      </w:pPr>
    </w:p>
    <w:p w:rsidR="00C01102" w:rsidRPr="00736AD6" w:rsidRDefault="00736AD6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видео, таблицы;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соотносить иллюстрацию явления (объекта, предмета) с его названием.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Коммуникативные универсальные учебные действия:</w:t>
      </w:r>
    </w:p>
    <w:p w:rsidR="00C01102" w:rsidRPr="00736AD6" w:rsidRDefault="00736AD6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процессе учебного диалога слушать говорящего; отвечать на вопросы, дополнять ответы участников; уважительно 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от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носиться к разным мнениям;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соотносить  предметы   декоративно-прикладного   искусства с принадлежностью народу РФ, описывать предмет по предложенному плану; </w:t>
      </w:r>
    </w:p>
    <w:p w:rsidR="00C01102" w:rsidRPr="00736AD6" w:rsidRDefault="00736AD6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по предложенному плану время года, передавать в рассказе своё отношение к природным явлениям;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сравнивать домашних и диких животных, объяснять, чем они различаются.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Регулятивные универсальные учебные действия:</w:t>
      </w:r>
    </w:p>
    <w:p w:rsidR="00C01102" w:rsidRPr="00736AD6" w:rsidRDefault="00736AD6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выполнение правил безопасного поведения на дорогах и улицах другими детьми, выполнять самооценку; </w:t>
      </w:r>
    </w:p>
    <w:p w:rsidR="00C01102" w:rsidRPr="00736AD6" w:rsidRDefault="00736AD6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электро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и газовыми приборами.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</w:p>
    <w:p w:rsidR="00C01102" w:rsidRPr="00736AD6" w:rsidRDefault="00736AD6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C01102" w:rsidRPr="00736AD6" w:rsidRDefault="00736AD6">
      <w:pPr>
        <w:autoSpaceDE w:val="0"/>
        <w:autoSpaceDN w:val="0"/>
        <w:spacing w:before="322"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</w:p>
    <w:p w:rsidR="00C01102" w:rsidRPr="00736AD6" w:rsidRDefault="00736AD6">
      <w:pPr>
        <w:tabs>
          <w:tab w:val="left" w:pos="180"/>
        </w:tabs>
        <w:autoSpaceDE w:val="0"/>
        <w:autoSpaceDN w:val="0"/>
        <w:spacing w:before="168" w:after="0" w:line="286" w:lineRule="auto"/>
        <w:rPr>
          <w:lang w:val="ru-RU"/>
        </w:rPr>
      </w:pP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Человек и общество</w:t>
      </w:r>
      <w:proofErr w:type="gramStart"/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 </w:t>
      </w:r>
      <w:r w:rsidRPr="00736AD6">
        <w:rPr>
          <w:lang w:val="ru-RU"/>
        </w:rPr>
        <w:br/>
      </w: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Н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аша Родина  —  Россия,  Российская  Федерация  Россия  и её столица на карте. Государственные символы  России.  Москва — столица России. Святыни Москвы — святыни России: Кремль, Красная площадь, Большой театр и др.  Характеристика отдельных исторических событий, связанных с Москвой (основание Москвы, строительство Кремля и др.). Герб  Москвы.  Расположение  Москвы на  карте.  Города  России.  Россия —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Свой регион и его главный город на карте; символика своего региона.</w:t>
      </w:r>
    </w:p>
    <w:p w:rsidR="00C01102" w:rsidRPr="00736AD6" w:rsidRDefault="00736AD6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Хозяйственные занятия, профессии жителей родного края. Значение труда в жизни человека и общества.</w:t>
      </w:r>
    </w:p>
    <w:p w:rsidR="00C01102" w:rsidRPr="00736AD6" w:rsidRDefault="00736AD6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C01102" w:rsidRPr="00736AD6" w:rsidRDefault="00736AD6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— главные правила взаимоотношений членов общества.</w:t>
      </w:r>
    </w:p>
    <w:p w:rsidR="00C01102" w:rsidRPr="00736AD6" w:rsidRDefault="00C01102">
      <w:pPr>
        <w:rPr>
          <w:lang w:val="ru-RU"/>
        </w:rPr>
        <w:sectPr w:rsidR="00C01102" w:rsidRPr="00736AD6">
          <w:pgSz w:w="11900" w:h="16840"/>
          <w:pgMar w:top="286" w:right="746" w:bottom="362" w:left="666" w:header="720" w:footer="720" w:gutter="0"/>
          <w:cols w:space="720" w:equalWidth="0">
            <w:col w:w="10488" w:space="0"/>
          </w:cols>
          <w:docGrid w:linePitch="360"/>
        </w:sectPr>
      </w:pPr>
    </w:p>
    <w:p w:rsidR="00C01102" w:rsidRPr="00736AD6" w:rsidRDefault="00C01102">
      <w:pPr>
        <w:autoSpaceDE w:val="0"/>
        <w:autoSpaceDN w:val="0"/>
        <w:spacing w:after="78" w:line="220" w:lineRule="exact"/>
        <w:rPr>
          <w:lang w:val="ru-RU"/>
        </w:rPr>
      </w:pPr>
    </w:p>
    <w:p w:rsidR="00C01102" w:rsidRPr="00736AD6" w:rsidRDefault="00736AD6">
      <w:pPr>
        <w:tabs>
          <w:tab w:val="left" w:pos="180"/>
        </w:tabs>
        <w:autoSpaceDE w:val="0"/>
        <w:autoSpaceDN w:val="0"/>
        <w:spacing w:after="0" w:line="271" w:lineRule="auto"/>
        <w:ind w:right="720"/>
        <w:rPr>
          <w:lang w:val="ru-RU"/>
        </w:rPr>
      </w:pP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Человек и природа </w:t>
      </w:r>
      <w:r w:rsidRPr="00736AD6">
        <w:rPr>
          <w:lang w:val="ru-RU"/>
        </w:rPr>
        <w:br/>
      </w: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Методы познания природы: наблюдения, опыты, измерения. Звёзды и созвездия, наблюдения звёздного неба. Планеты. Чем Земля отличается от других планет; условия жизни на Земле.</w:t>
      </w:r>
    </w:p>
    <w:p w:rsidR="00C01102" w:rsidRPr="00736AD6" w:rsidRDefault="00736AD6">
      <w:pPr>
        <w:autoSpaceDE w:val="0"/>
        <w:autoSpaceDN w:val="0"/>
        <w:spacing w:before="70" w:after="0" w:line="271" w:lineRule="auto"/>
        <w:ind w:right="288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C01102" w:rsidRPr="00736AD6" w:rsidRDefault="00736AD6">
      <w:pPr>
        <w:autoSpaceDE w:val="0"/>
        <w:autoSpaceDN w:val="0"/>
        <w:spacing w:before="70" w:after="0"/>
        <w:ind w:firstLine="18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Многообразие растений. Деревья, кустарники, травы. Дикорастущие и культурные растения.   Связи в природе.  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C01102" w:rsidRPr="00736AD6" w:rsidRDefault="00736AD6">
      <w:pPr>
        <w:autoSpaceDE w:val="0"/>
        <w:autoSpaceDN w:val="0"/>
        <w:spacing w:before="72" w:after="0" w:line="230" w:lineRule="auto"/>
        <w:jc w:val="center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Красная книга России, её значение, отдельные представители растений и животных Красной книги.</w:t>
      </w:r>
    </w:p>
    <w:p w:rsidR="00C01102" w:rsidRPr="00736AD6" w:rsidRDefault="00736AD6">
      <w:pPr>
        <w:autoSpaceDE w:val="0"/>
        <w:autoSpaceDN w:val="0"/>
        <w:spacing w:before="72"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Заповедники, природные парки. Охрана природы. Правила нравственного поведения на природе.</w:t>
      </w:r>
    </w:p>
    <w:p w:rsidR="00C01102" w:rsidRPr="00736AD6" w:rsidRDefault="00736AD6">
      <w:pPr>
        <w:tabs>
          <w:tab w:val="left" w:pos="180"/>
        </w:tabs>
        <w:autoSpaceDE w:val="0"/>
        <w:autoSpaceDN w:val="0"/>
        <w:spacing w:before="70" w:after="0" w:line="286" w:lineRule="auto"/>
        <w:rPr>
          <w:lang w:val="ru-RU"/>
        </w:rPr>
      </w:pP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Правила безопасной жизни </w:t>
      </w:r>
      <w:r w:rsidRPr="00736AD6">
        <w:rPr>
          <w:lang w:val="ru-RU"/>
        </w:rPr>
        <w:br/>
      </w: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C01102" w:rsidRPr="00736AD6" w:rsidRDefault="00736AD6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Интернет.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180" w:right="3456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Универсальные учебные действия (пропедевтический уровень) </w:t>
      </w: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Познавательные универсальные учебные действия: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jc w:val="center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ориентироваться в методах познания природы (наблюдение, опыт, сравнение, измерение);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 основе наблюдения определять состояние вещества (жидкое, твёрдое, газообразное);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символы РФ;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деревья, кустарники, травы; приводить примеры (в пределах 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);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группировать растения: дикорастущие и культурные; лекарственные и ядовитые (в пределах изученного); </w:t>
      </w:r>
      <w:proofErr w:type="gramEnd"/>
    </w:p>
    <w:p w:rsidR="00C01102" w:rsidRPr="00736AD6" w:rsidRDefault="00736AD6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различать прошлое, настоящее, будущее.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информацию, представленную в тексте, графически, аудиовизуально;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информацию, представленную в схеме, таблице;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используя текстовую информацию, заполнять таблицы; дополнять схемы;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соотносить пример (рисунок, предложенную ситуацию) со временем протекания.</w:t>
      </w:r>
    </w:p>
    <w:p w:rsidR="00C01102" w:rsidRPr="00736AD6" w:rsidRDefault="00736AD6">
      <w:pPr>
        <w:autoSpaceDE w:val="0"/>
        <w:autoSpaceDN w:val="0"/>
        <w:spacing w:before="178" w:after="0" w:line="262" w:lineRule="auto"/>
        <w:ind w:left="180" w:right="1440"/>
        <w:rPr>
          <w:lang w:val="ru-RU"/>
        </w:rPr>
      </w:pP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Коммуникативные универсальные учебные действия: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1. ориентироваться в терминах (понятиях), соотносить их с краткой характеристикой:</w:t>
      </w:r>
    </w:p>
    <w:p w:rsidR="00C01102" w:rsidRPr="00736AD6" w:rsidRDefault="00736AD6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  <w:proofErr w:type="gramEnd"/>
    </w:p>
    <w:p w:rsidR="00C01102" w:rsidRPr="00736AD6" w:rsidRDefault="00C01102">
      <w:pPr>
        <w:rPr>
          <w:lang w:val="ru-RU"/>
        </w:rPr>
        <w:sectPr w:rsidR="00C01102" w:rsidRPr="00736AD6">
          <w:pgSz w:w="11900" w:h="16840"/>
          <w:pgMar w:top="298" w:right="672" w:bottom="458" w:left="666" w:header="720" w:footer="720" w:gutter="0"/>
          <w:cols w:space="720" w:equalWidth="0">
            <w:col w:w="10562" w:space="0"/>
          </w:cols>
          <w:docGrid w:linePitch="360"/>
        </w:sectPr>
      </w:pPr>
    </w:p>
    <w:p w:rsidR="00C01102" w:rsidRPr="00736AD6" w:rsidRDefault="00C01102">
      <w:pPr>
        <w:autoSpaceDE w:val="0"/>
        <w:autoSpaceDN w:val="0"/>
        <w:spacing w:after="108" w:line="220" w:lineRule="exact"/>
        <w:rPr>
          <w:lang w:val="ru-RU"/>
        </w:rPr>
      </w:pPr>
    </w:p>
    <w:p w:rsidR="00C01102" w:rsidRPr="00736AD6" w:rsidRDefault="00736AD6">
      <w:pPr>
        <w:autoSpaceDE w:val="0"/>
        <w:autoSpaceDN w:val="0"/>
        <w:spacing w:after="0" w:line="262" w:lineRule="auto"/>
        <w:ind w:left="420" w:right="288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понятия и термины, связанные с миром природы (среда обитания, тело, явление, вещество; заповедник);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C01102" w:rsidRPr="00736AD6" w:rsidRDefault="00736AD6">
      <w:pPr>
        <w:tabs>
          <w:tab w:val="left" w:pos="180"/>
        </w:tabs>
        <w:autoSpaceDE w:val="0"/>
        <w:autoSpaceDN w:val="0"/>
        <w:spacing w:before="178" w:after="0" w:line="286" w:lineRule="auto"/>
        <w:rPr>
          <w:lang w:val="ru-RU"/>
        </w:rPr>
      </w:pPr>
      <w:r w:rsidRPr="00736AD6">
        <w:rPr>
          <w:lang w:val="ru-RU"/>
        </w:rPr>
        <w:tab/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2. описывать условия жизни на Земле, отличие нашей планеты от других планет Солнечной системы; </w:t>
      </w:r>
      <w:r w:rsidRPr="00736AD6">
        <w:rPr>
          <w:lang w:val="ru-RU"/>
        </w:rPr>
        <w:br/>
      </w: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3. создавать небольшие описания на предложенную тему (например, «Моя семья», «Какие бывают профессии?», «Что «умеют» органы чувств?», «Лес — природное сообщество» и др.); </w:t>
      </w:r>
      <w:r w:rsidRPr="00736AD6">
        <w:rPr>
          <w:lang w:val="ru-RU"/>
        </w:rPr>
        <w:br/>
      </w: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4. 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36AD6">
        <w:rPr>
          <w:lang w:val="ru-RU"/>
        </w:rPr>
        <w:br/>
      </w: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5. приводить примеры растений и животных, занесённых в Красную книгу России (на примере своей местности); </w:t>
      </w:r>
      <w:r w:rsidRPr="00736AD6">
        <w:rPr>
          <w:lang w:val="ru-RU"/>
        </w:rPr>
        <w:br/>
      </w: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6. описывать современные события от имени их участника.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Регулятивные универсальные учебные действия: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следовать образцу, предложенному плану и инструкции при решении учебной задачи;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контролировать с небольшой помощью учителя последовательность действий по решению учебной задачи;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</w:p>
    <w:p w:rsidR="00C01102" w:rsidRPr="00736AD6" w:rsidRDefault="00736AD6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C01102" w:rsidRPr="00736AD6" w:rsidRDefault="00736AD6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C01102" w:rsidRPr="00736AD6" w:rsidRDefault="00736AD6" w:rsidP="00E957E2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определять причины возможных конфликтов, выбирать (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из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предложенных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) способы их разрешения.</w:t>
      </w:r>
    </w:p>
    <w:p w:rsidR="00C01102" w:rsidRPr="00736AD6" w:rsidRDefault="00736AD6">
      <w:pPr>
        <w:autoSpaceDE w:val="0"/>
        <w:autoSpaceDN w:val="0"/>
        <w:spacing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учебные действия.</w:t>
      </w:r>
    </w:p>
    <w:p w:rsidR="00C01102" w:rsidRPr="00736AD6" w:rsidRDefault="00736AD6">
      <w:pPr>
        <w:autoSpaceDE w:val="0"/>
        <w:autoSpaceDN w:val="0"/>
        <w:spacing w:before="70"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Познавательные универсальные учебные действия:</w:t>
      </w:r>
    </w:p>
    <w:p w:rsidR="00C01102" w:rsidRPr="00736AD6" w:rsidRDefault="00736AD6">
      <w:pPr>
        <w:autoSpaceDE w:val="0"/>
        <w:autoSpaceDN w:val="0"/>
        <w:spacing w:before="178" w:after="0" w:line="271" w:lineRule="auto"/>
        <w:ind w:left="240" w:right="14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зависимость между внешним видом, особенностями поведения и условиями жизни животного;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240" w:right="7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(в процессе рассматривания объектов и явлений) существенные признаки и отношения между объектами и явлениями; </w:t>
      </w:r>
    </w:p>
    <w:p w:rsidR="00C01102" w:rsidRPr="00736AD6" w:rsidRDefault="00736AD6">
      <w:pPr>
        <w:autoSpaceDE w:val="0"/>
        <w:autoSpaceDN w:val="0"/>
        <w:spacing w:before="192" w:after="0" w:line="230" w:lineRule="auto"/>
        <w:ind w:left="24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моделировать цепи питания в природном сообществе; </w:t>
      </w:r>
    </w:p>
    <w:p w:rsidR="00C01102" w:rsidRPr="00736AD6" w:rsidRDefault="00736AD6">
      <w:pPr>
        <w:autoSpaceDE w:val="0"/>
        <w:autoSpaceDN w:val="0"/>
        <w:spacing w:before="192" w:after="0" w:line="262" w:lineRule="auto"/>
        <w:ind w:left="240" w:right="7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различать понятия «век», «столетие», «историческое время»; соотносить историческое событие с датой (историческим периодом).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</w:p>
    <w:p w:rsidR="00C01102" w:rsidRPr="00736AD6" w:rsidRDefault="00736AD6">
      <w:pPr>
        <w:autoSpaceDE w:val="0"/>
        <w:autoSpaceDN w:val="0"/>
        <w:spacing w:before="178" w:after="0" w:line="262" w:lineRule="auto"/>
        <w:ind w:left="240" w:right="288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понимать, что работа с моделями Земли (глобус, карта) может дать полезную и интересную информацию о природе нашей планеты;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на глобусе материки и океаны, воспроизводить их названия; находить на карте нашу страну, столицу, свой регион;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несложные планы, соотносить условные обозначения с изображёнными объектами;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находить по предложению учителя информацию в разных источниках — текстах, таблицах, схемах, в том числе в Интернете (в условиях контролируемого входа);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безопасности при работе в информационной среде. </w:t>
      </w:r>
    </w:p>
    <w:p w:rsidR="00C01102" w:rsidRPr="00736AD6" w:rsidRDefault="00736AD6">
      <w:pPr>
        <w:autoSpaceDE w:val="0"/>
        <w:autoSpaceDN w:val="0"/>
        <w:spacing w:before="298"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Коммуникативные универсальные учебные действия: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jc w:val="center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понятиях, соотносить понятия и термины с их краткой характеристикой:</w:t>
      </w:r>
    </w:p>
    <w:p w:rsidR="00C01102" w:rsidRPr="00736AD6" w:rsidRDefault="00736AD6">
      <w:pPr>
        <w:autoSpaceDE w:val="0"/>
        <w:autoSpaceDN w:val="0"/>
        <w:spacing w:before="238" w:after="0" w:line="262" w:lineRule="auto"/>
        <w:ind w:left="240" w:right="7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понятия и термины, связанные с социальным миром (безопасность, семейный бюджет, памятник культуры); </w:t>
      </w:r>
    </w:p>
    <w:p w:rsidR="00C01102" w:rsidRPr="00736AD6" w:rsidRDefault="00736AD6">
      <w:pPr>
        <w:autoSpaceDE w:val="0"/>
        <w:autoSpaceDN w:val="0"/>
        <w:spacing w:before="192" w:after="0" w:line="262" w:lineRule="auto"/>
        <w:ind w:left="240" w:right="432"/>
        <w:rPr>
          <w:lang w:val="ru-RU"/>
        </w:rPr>
      </w:pP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C01102" w:rsidRPr="00736AD6" w:rsidRDefault="00736AD6">
      <w:pPr>
        <w:autoSpaceDE w:val="0"/>
        <w:autoSpaceDN w:val="0"/>
        <w:spacing w:before="192" w:after="0" w:line="262" w:lineRule="auto"/>
        <w:ind w:left="240" w:right="1008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C01102" w:rsidRPr="00736AD6" w:rsidRDefault="00736AD6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описывать (характеризовать) условия жизни на Земле;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 основе сравнения объектов природы описывать схожие, различные, индивидуальные признаки;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примеры, кратко характеризовать представителей разных ца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рств пр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ироды;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называть признаки (характеризовать) животного (растения) как живого организма;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(характеризовать) отдельные страницы истории нашей страны (в пределах 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изученного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).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Регулятивные универсальные учебные действия:</w:t>
      </w:r>
    </w:p>
    <w:p w:rsidR="00C01102" w:rsidRPr="00736AD6" w:rsidRDefault="00736AD6" w:rsidP="00E957E2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планировать шаги по решению учебной задачи, контролировать свои действия (при</w:t>
      </w:r>
      <w:proofErr w:type="gramEnd"/>
    </w:p>
    <w:p w:rsidR="00C01102" w:rsidRPr="00736AD6" w:rsidRDefault="00736AD6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небольшой помощи учителя);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причину возникающей трудности или ошибки, корректировать свои действия.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участвуя в совместной деятельности, выполнять роли руководителя (лидера), подчинённого;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справедливо оценивать результаты деятельности участников, положительно реагировать на советы и замечания в свой адрес;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выполнять правила совместной деятельности, признавать право другого человека иметь собственное суждение, мнение; </w:t>
      </w:r>
    </w:p>
    <w:p w:rsidR="00C01102" w:rsidRPr="00736AD6" w:rsidRDefault="00736AD6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самостоятельно разрешать возникающие конфликты с учётом этики общения. </w:t>
      </w:r>
    </w:p>
    <w:p w:rsidR="00C01102" w:rsidRDefault="00C01102">
      <w:pPr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C01102" w:rsidRPr="00736AD6" w:rsidRDefault="00C01102">
      <w:pPr>
        <w:autoSpaceDE w:val="0"/>
        <w:autoSpaceDN w:val="0"/>
        <w:spacing w:after="78" w:line="220" w:lineRule="exact"/>
        <w:rPr>
          <w:lang w:val="ru-RU"/>
        </w:rPr>
      </w:pPr>
    </w:p>
    <w:p w:rsidR="00C01102" w:rsidRPr="00736AD6" w:rsidRDefault="00736AD6">
      <w:pPr>
        <w:autoSpaceDE w:val="0"/>
        <w:autoSpaceDN w:val="0"/>
        <w:spacing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C01102" w:rsidRPr="00736AD6" w:rsidRDefault="00736AD6">
      <w:pPr>
        <w:autoSpaceDE w:val="0"/>
        <w:autoSpaceDN w:val="0"/>
        <w:spacing w:before="346" w:after="0" w:line="271" w:lineRule="auto"/>
        <w:ind w:right="288" w:firstLine="18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"Окружающий мир" на уровне начального общего образования направлено на достижение 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личностных, </w:t>
      </w:r>
      <w:proofErr w:type="spell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C01102" w:rsidRPr="00736AD6" w:rsidRDefault="00736AD6">
      <w:pPr>
        <w:autoSpaceDE w:val="0"/>
        <w:autoSpaceDN w:val="0"/>
        <w:spacing w:before="226"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C01102" w:rsidRPr="00736AD6" w:rsidRDefault="00736AD6">
      <w:pPr>
        <w:tabs>
          <w:tab w:val="left" w:pos="180"/>
        </w:tabs>
        <w:autoSpaceDE w:val="0"/>
        <w:autoSpaceDN w:val="0"/>
        <w:spacing w:before="346" w:after="0" w:line="281" w:lineRule="auto"/>
        <w:ind w:right="720"/>
        <w:rPr>
          <w:lang w:val="ru-RU"/>
        </w:rPr>
      </w:pP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 </w:t>
      </w:r>
      <w:r w:rsidRPr="00736AD6">
        <w:rPr>
          <w:lang w:val="ru-RU"/>
        </w:rPr>
        <w:br/>
      </w:r>
      <w:r w:rsidRPr="00736AD6">
        <w:rPr>
          <w:lang w:val="ru-RU"/>
        </w:rPr>
        <w:tab/>
      </w: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Гражданско-патриотического воспитания:</w:t>
      </w:r>
    </w:p>
    <w:p w:rsidR="00C01102" w:rsidRPr="00736AD6" w:rsidRDefault="00736AD6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ценностного отношения к своей Родине — России; понимание особой роли многонациональной России в современном мире;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C01102" w:rsidRPr="00736AD6" w:rsidRDefault="00736AD6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сопричастность к прошлому, настоящему и будущему своей страны и родного края; проявление интереса к истории и многонациональной культуре своей страны, уважения к своему и другим народам;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144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первоначальные представления о человеке как члене общества, осознание прав и ответственности человека как члена общества.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Духовно-нравственного воспитания:</w:t>
      </w:r>
    </w:p>
    <w:p w:rsidR="00C01102" w:rsidRPr="00736AD6" w:rsidRDefault="00736AD6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проявление культуры общения, уважительного отношения к людям, их взглядам, признанию их индивидуальности; </w:t>
      </w:r>
    </w:p>
    <w:p w:rsidR="00C01102" w:rsidRPr="00736AD6" w:rsidRDefault="00736AD6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C01102" w:rsidRPr="00736AD6" w:rsidRDefault="00736AD6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</w:t>
      </w:r>
    </w:p>
    <w:p w:rsidR="00C01102" w:rsidRPr="00736AD6" w:rsidRDefault="00736AD6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Эстетического воспитания:</w:t>
      </w:r>
    </w:p>
    <w:p w:rsidR="00C01102" w:rsidRPr="00736AD6" w:rsidRDefault="00736AD6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использование полученных знаний в продуктивной и преобразующей деятельности, в разных видах художественной деятельности.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C01102" w:rsidRPr="00736AD6" w:rsidRDefault="00736AD6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информационной);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приобретение опыта эмоционального отношения к среде обитания, бережное отношение 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к</w:t>
      </w:r>
      <w:proofErr w:type="gramEnd"/>
    </w:p>
    <w:p w:rsidR="00C01102" w:rsidRPr="00736AD6" w:rsidRDefault="00C01102">
      <w:pPr>
        <w:autoSpaceDE w:val="0"/>
        <w:autoSpaceDN w:val="0"/>
        <w:spacing w:after="66" w:line="220" w:lineRule="exact"/>
        <w:rPr>
          <w:lang w:val="ru-RU"/>
        </w:rPr>
      </w:pPr>
    </w:p>
    <w:p w:rsidR="00C01102" w:rsidRPr="00736AD6" w:rsidRDefault="00736AD6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физическому и психическому здоровью.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Трудового воспитания:</w:t>
      </w:r>
    </w:p>
    <w:p w:rsidR="00C01102" w:rsidRPr="00736AD6" w:rsidRDefault="00736AD6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Экологического воспитания:</w:t>
      </w:r>
    </w:p>
    <w:p w:rsidR="00C01102" w:rsidRPr="00736AD6" w:rsidRDefault="00736AD6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</w:t>
      </w:r>
    </w:p>
    <w:p w:rsidR="00C01102" w:rsidRPr="00736AD6" w:rsidRDefault="00736AD6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Ценности научного познания:</w:t>
      </w:r>
    </w:p>
    <w:p w:rsidR="00C01102" w:rsidRPr="00736AD6" w:rsidRDefault="00736AD6">
      <w:pPr>
        <w:autoSpaceDE w:val="0"/>
        <w:autoSpaceDN w:val="0"/>
        <w:spacing w:before="18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ориентация в деятельности на первоначальные представления о научной картине мира; </w:t>
      </w:r>
    </w:p>
    <w:p w:rsidR="00C01102" w:rsidRPr="00736AD6" w:rsidRDefault="00736AD6">
      <w:pPr>
        <w:autoSpaceDE w:val="0"/>
        <w:autoSpaceDN w:val="0"/>
        <w:spacing w:before="190" w:after="0" w:line="271" w:lineRule="auto"/>
        <w:ind w:left="420" w:right="576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в том числе с использованием различных информационных средств.</w:t>
      </w:r>
    </w:p>
    <w:p w:rsidR="00C01102" w:rsidRPr="00736AD6" w:rsidRDefault="00736AD6">
      <w:pPr>
        <w:autoSpaceDE w:val="0"/>
        <w:autoSpaceDN w:val="0"/>
        <w:spacing w:before="286"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C01102" w:rsidRPr="00736AD6" w:rsidRDefault="00736AD6">
      <w:pPr>
        <w:autoSpaceDE w:val="0"/>
        <w:autoSpaceDN w:val="0"/>
        <w:spacing w:before="346" w:after="0" w:line="262" w:lineRule="auto"/>
        <w:ind w:left="180" w:right="4752"/>
        <w:rPr>
          <w:lang w:val="ru-RU"/>
        </w:rPr>
      </w:pPr>
      <w:proofErr w:type="spellStart"/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Познавательныеуниверсальные</w:t>
      </w:r>
      <w:proofErr w:type="spellEnd"/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учебные действия: </w:t>
      </w: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1)  Базовые логические действия:</w:t>
      </w:r>
    </w:p>
    <w:p w:rsidR="00C01102" w:rsidRPr="00736AD6" w:rsidRDefault="00736AD6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C01102" w:rsidRPr="00736AD6" w:rsidRDefault="00736AD6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 основе наблюдений доступных объектов окружающего мира устанавливать связи и зависимости между объектами (часть — целое; причина — следствие; изменения во времени и в пространстве);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1296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объекты окружающего мира, устанавливать основания для сравнения, устанавливать аналогии;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объединять части объекта (объекты) по определённому признаку;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существенный признак для классификации, классифицировать предложенные объекты; —  находить закономерности и противоречия в рассматриваемых фактах, данных и наблюдениях на основе предложенного алгоритма; </w:t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выявлять недостаток информации для решения учебной (практической) задачи на основе предложенного алгоритма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2)  Базовые исследовательские действия:</w:t>
      </w:r>
    </w:p>
    <w:p w:rsidR="00C01102" w:rsidRPr="00736AD6" w:rsidRDefault="00736AD6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(по предложенному и самостоятельно составленному плану или выдвинутому предположению) наблюдения, несложные опыты; проявлять интерес к экспериментам, проводимым под руководством учителя;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определять разницу между реальным и желательным состоянием объекта (ситуации) на основе предложенных вопросов;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C01102" w:rsidRPr="00736AD6" w:rsidRDefault="00C01102">
      <w:pPr>
        <w:autoSpaceDE w:val="0"/>
        <w:autoSpaceDN w:val="0"/>
        <w:spacing w:after="108" w:line="220" w:lineRule="exact"/>
        <w:rPr>
          <w:lang w:val="ru-RU"/>
        </w:rPr>
      </w:pPr>
    </w:p>
    <w:p w:rsidR="00C01102" w:rsidRPr="00736AD6" w:rsidRDefault="00736AD6">
      <w:pPr>
        <w:autoSpaceDE w:val="0"/>
        <w:autoSpaceDN w:val="0"/>
        <w:spacing w:after="0" w:line="271" w:lineRule="auto"/>
        <w:ind w:left="24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)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; </w:t>
      </w:r>
    </w:p>
    <w:p w:rsidR="00C01102" w:rsidRPr="00736AD6" w:rsidRDefault="00736AD6">
      <w:pPr>
        <w:autoSpaceDE w:val="0"/>
        <w:autoSpaceDN w:val="0"/>
        <w:spacing w:before="190" w:after="0" w:line="271" w:lineRule="auto"/>
        <w:ind w:left="240" w:right="86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предложенному плану опыт, несложное исследование по установлению особенностей объекта изучения и связей между объектами (часть — целое, причина 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—с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ледствие);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240" w:right="1152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3)  Работа с информацией:</w:t>
      </w:r>
    </w:p>
    <w:p w:rsidR="00C01102" w:rsidRPr="00736AD6" w:rsidRDefault="00736AD6">
      <w:pPr>
        <w:autoSpaceDE w:val="0"/>
        <w:autoSpaceDN w:val="0"/>
        <w:spacing w:before="180" w:after="0" w:line="262" w:lineRule="auto"/>
        <w:ind w:left="240" w:right="14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различные источники для поиска информации, выбирать источник получения информации с учётом учебной задачи;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240" w:right="1152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согласно заданному алгоритму находить в предложенном источнике информацию, представленную в явном виде;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240" w:right="144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и использовать для решения учебных задач текстовую, графическую, аудиовизуальную информацию;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240" w:right="7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и интерпретировать графически представленную информацию (схему, таблицу, иллюстрацию);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информационной безопасности в условиях контролируемого доступа в Интернет (с помощью учителя);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создавать текстовую, видео, графическую, звуковую информацию в соответствии с учебной задачей;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C01102" w:rsidRPr="00736AD6" w:rsidRDefault="00736AD6" w:rsidP="00E957E2">
      <w:pPr>
        <w:autoSpaceDE w:val="0"/>
        <w:autoSpaceDN w:val="0"/>
        <w:spacing w:before="178"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действия:</w:t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процессе диалогов задавать вопросы, высказывать суждения, оценивать выступления участников; </w:t>
      </w:r>
    </w:p>
    <w:p w:rsidR="00C01102" w:rsidRPr="00736AD6" w:rsidRDefault="00736AD6">
      <w:pPr>
        <w:autoSpaceDE w:val="0"/>
        <w:autoSpaceDN w:val="0"/>
        <w:spacing w:before="192" w:after="0" w:line="262" w:lineRule="auto"/>
        <w:ind w:left="24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ведения диалога и дискуссии; проявлять уважительное отношение к собеседнику;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устные и письменные тексты (описание, рассуждение, повествование);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240" w:right="7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C01102" w:rsidRPr="00736AD6" w:rsidRDefault="00C01102">
      <w:pPr>
        <w:autoSpaceDE w:val="0"/>
        <w:autoSpaceDN w:val="0"/>
        <w:spacing w:after="108" w:line="220" w:lineRule="exact"/>
        <w:rPr>
          <w:lang w:val="ru-RU"/>
        </w:rPr>
      </w:pPr>
    </w:p>
    <w:p w:rsidR="00C01102" w:rsidRPr="00736AD6" w:rsidRDefault="00736AD6">
      <w:pPr>
        <w:autoSpaceDE w:val="0"/>
        <w:autoSpaceDN w:val="0"/>
        <w:spacing w:after="0" w:line="262" w:lineRule="auto"/>
        <w:ind w:left="420" w:right="576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готовить небольшие публичные выступления с возможной презентацией (текст, рисунки, фото, плакаты и др.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)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к тексту выступления.</w:t>
      </w:r>
    </w:p>
    <w:p w:rsidR="00C01102" w:rsidRPr="00736AD6" w:rsidRDefault="00736AD6">
      <w:pPr>
        <w:autoSpaceDE w:val="0"/>
        <w:autoSpaceDN w:val="0"/>
        <w:spacing w:before="178" w:after="0" w:line="262" w:lineRule="auto"/>
        <w:ind w:left="180" w:right="4896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Регулятивные универсальные учебные действия: </w:t>
      </w: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1)  Самоорганизация:</w:t>
      </w:r>
    </w:p>
    <w:p w:rsidR="00C01102" w:rsidRPr="00736AD6" w:rsidRDefault="00736AD6">
      <w:pPr>
        <w:autoSpaceDE w:val="0"/>
        <w:autoSpaceDN w:val="0"/>
        <w:spacing w:before="178" w:after="0" w:line="262" w:lineRule="auto"/>
        <w:ind w:left="420" w:right="7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самостоятельно или с небольшой помощью учителя действия по решению учебной задачи;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выстраивать последовательность выбранных действий и операций.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2)  Самоконтроль:</w:t>
      </w:r>
    </w:p>
    <w:p w:rsidR="00C01102" w:rsidRPr="00736AD6" w:rsidRDefault="00736AD6">
      <w:pPr>
        <w:autoSpaceDE w:val="0"/>
        <w:autoSpaceDN w:val="0"/>
        <w:spacing w:before="18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осуществлять контроль процесса и результата своей деятельности; </w:t>
      </w:r>
    </w:p>
    <w:p w:rsidR="00C01102" w:rsidRPr="00736AD6" w:rsidRDefault="00736AD6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ошибки в своей работе и устанавливать их причины; корректировать свои действия при необходимости (с небольшой помощью учителя);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i/>
          <w:color w:val="000000"/>
          <w:sz w:val="24"/>
          <w:lang w:val="ru-RU"/>
        </w:rPr>
        <w:t>3)  Самооценка</w:t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:</w:t>
      </w:r>
    </w:p>
    <w:p w:rsidR="00C01102" w:rsidRPr="00736AD6" w:rsidRDefault="00736AD6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объективно оценивать результаты своей деятельности, соотносить свою оценку с оценкой учителя;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144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оценивать целесообразность выбранных способов действия, при необходимости корректировать их.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C01102" w:rsidRPr="00736AD6" w:rsidRDefault="00736AD6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значение коллективной деятельности для успешного решения учебной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158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готовность руководить, выполнять поручения, подчиняться; </w:t>
      </w:r>
    </w:p>
    <w:p w:rsidR="00C01102" w:rsidRPr="00736AD6" w:rsidRDefault="00736AD6">
      <w:pPr>
        <w:autoSpaceDE w:val="0"/>
        <w:autoSpaceDN w:val="0"/>
        <w:spacing w:before="190" w:after="0" w:line="274" w:lineRule="auto"/>
        <w:ind w:left="420" w:right="14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—  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 конфликтов, при их возникновении мирно разрешать без участия взрослого;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ответственно выполнять свою часть работы.</w:t>
      </w:r>
    </w:p>
    <w:p w:rsidR="00C01102" w:rsidRPr="00736AD6" w:rsidRDefault="00736AD6">
      <w:pPr>
        <w:autoSpaceDE w:val="0"/>
        <w:autoSpaceDN w:val="0"/>
        <w:spacing w:before="286"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C01102" w:rsidRPr="00736AD6" w:rsidRDefault="00736AD6">
      <w:pPr>
        <w:autoSpaceDE w:val="0"/>
        <w:autoSpaceDN w:val="0"/>
        <w:spacing w:before="346"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1 КЛАСС</w:t>
      </w:r>
    </w:p>
    <w:p w:rsidR="00C01102" w:rsidRPr="00736AD6" w:rsidRDefault="00736AD6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в </w:t>
      </w: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 классе 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научится:</w:t>
      </w:r>
    </w:p>
    <w:p w:rsidR="00C01102" w:rsidRPr="00736AD6" w:rsidRDefault="00736AD6">
      <w:pPr>
        <w:autoSpaceDE w:val="0"/>
        <w:autoSpaceDN w:val="0"/>
        <w:spacing w:before="178" w:after="0" w:line="271" w:lineRule="auto"/>
        <w:ind w:left="420" w:right="288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воспроизводить название своего населённого пункта, региона, страны;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C01102" w:rsidRPr="00736AD6" w:rsidRDefault="00C01102">
      <w:pPr>
        <w:autoSpaceDE w:val="0"/>
        <w:autoSpaceDN w:val="0"/>
        <w:spacing w:after="84" w:line="220" w:lineRule="exact"/>
        <w:rPr>
          <w:lang w:val="ru-RU"/>
        </w:rPr>
      </w:pPr>
    </w:p>
    <w:p w:rsidR="00C01102" w:rsidRPr="00736AD6" w:rsidRDefault="00736AD6">
      <w:pPr>
        <w:autoSpaceDE w:val="0"/>
        <w:autoSpaceDN w:val="0"/>
        <w:spacing w:after="0" w:line="271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животны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х(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насекомые, рыбы, птицы, звери); </w:t>
      </w:r>
    </w:p>
    <w:p w:rsidR="00C01102" w:rsidRPr="00736AD6" w:rsidRDefault="00736AD6">
      <w:pPr>
        <w:autoSpaceDE w:val="0"/>
        <w:autoSpaceDN w:val="0"/>
        <w:spacing w:before="190" w:after="0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правила ухода за комнатными растениями и домашними животными; </w:t>
      </w:r>
    </w:p>
    <w:p w:rsidR="00C01102" w:rsidRPr="00736AD6" w:rsidRDefault="00736AD6">
      <w:pPr>
        <w:autoSpaceDE w:val="0"/>
        <w:autoSpaceDN w:val="0"/>
        <w:spacing w:before="190" w:after="0" w:line="278" w:lineRule="auto"/>
        <w:ind w:left="420" w:right="14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для ответов на вопросы небольшие тексты о природе и обществе;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здорового питания и личной гигиены;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безопасного поведения пешехода;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безопасного поведения в природе;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с помощью взрослых (учителя, родителей) пользоваться электронным дневником и электронными ресурсами школы.</w:t>
      </w:r>
    </w:p>
    <w:p w:rsidR="00C01102" w:rsidRPr="00736AD6" w:rsidRDefault="00736AD6">
      <w:pPr>
        <w:autoSpaceDE w:val="0"/>
        <w:autoSpaceDN w:val="0"/>
        <w:spacing w:before="322"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2 КЛАСС</w:t>
      </w:r>
      <w:bookmarkStart w:id="0" w:name="_GoBack"/>
      <w:bookmarkEnd w:id="0"/>
    </w:p>
    <w:p w:rsidR="00C01102" w:rsidRPr="00736AD6" w:rsidRDefault="00736AD6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К концу обучения во </w:t>
      </w: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классе 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обучающийся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научится:</w:t>
      </w:r>
    </w:p>
    <w:p w:rsidR="00C01102" w:rsidRPr="00736AD6" w:rsidRDefault="00736AD6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Россию на карте мира, на карте России - Москву, свой регион и его главный город;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узнавать государственную символику Российской Федерации (гимн, герб, флаг) и своего региона; </w:t>
      </w:r>
    </w:p>
    <w:p w:rsidR="00C01102" w:rsidRPr="00736AD6" w:rsidRDefault="00736AD6">
      <w:pPr>
        <w:autoSpaceDE w:val="0"/>
        <w:autoSpaceDN w:val="0"/>
        <w:spacing w:before="192" w:after="0" w:line="271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изученные объекты окружающего мира по их описанию, рисункам и фотографиям, различать их в окружающем мире; </w:t>
      </w:r>
    </w:p>
    <w:p w:rsidR="00C01102" w:rsidRPr="00736AD6" w:rsidRDefault="00736AD6">
      <w:pPr>
        <w:autoSpaceDE w:val="0"/>
        <w:autoSpaceDN w:val="0"/>
        <w:spacing w:before="190" w:after="0" w:line="271" w:lineRule="auto"/>
        <w:ind w:left="420" w:right="432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проводить, соблюдая правила безопасного труда, несложные наблюдения и опыты с природными объектами, измерения;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7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изученных взаимосвязей в природе, 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при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меры, иллюстрирующие значение природы в жизни человека; </w:t>
      </w:r>
    </w:p>
    <w:p w:rsidR="00C01102" w:rsidRPr="00736AD6" w:rsidRDefault="00C01102">
      <w:pPr>
        <w:autoSpaceDE w:val="0"/>
        <w:autoSpaceDN w:val="0"/>
        <w:spacing w:after="108" w:line="220" w:lineRule="exact"/>
        <w:rPr>
          <w:lang w:val="ru-RU"/>
        </w:rPr>
      </w:pPr>
    </w:p>
    <w:p w:rsidR="00C01102" w:rsidRPr="00736AD6" w:rsidRDefault="00736AD6">
      <w:pPr>
        <w:autoSpaceDE w:val="0"/>
        <w:autoSpaceDN w:val="0"/>
        <w:spacing w:after="0" w:line="262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группировать изученные объекты живой и неживой природы по предложенным признакам;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объекты живой и неживой природы на основе внешних признаков;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ориентироваться на местности по местным природным 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при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знакам, Солнцу, компасу;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 создавать  по  заданному  плану  развёрнутые  высказывания о природе и обществе; </w:t>
      </w:r>
    </w:p>
    <w:p w:rsidR="00C01102" w:rsidRPr="00736AD6" w:rsidRDefault="00736AD6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для ответов на вопросы небольшие тексты о природе и обществе; </w:t>
      </w:r>
    </w:p>
    <w:p w:rsidR="00C01102" w:rsidRPr="00736AD6" w:rsidRDefault="00736AD6">
      <w:pPr>
        <w:autoSpaceDE w:val="0"/>
        <w:autoSpaceDN w:val="0"/>
        <w:spacing w:before="192" w:after="0" w:line="271" w:lineRule="auto"/>
        <w:ind w:left="420" w:right="144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правила безопасного поведения в школе, правила безопасного поведения пассажира наземного транспорта и метро; </w:t>
      </w:r>
    </w:p>
    <w:p w:rsidR="00C01102" w:rsidRPr="00736AD6" w:rsidRDefault="00736AD6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соблюдать режим дня и питания;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—  безопасно использовать мессенджеры Интернета в условиях контролируемого доступа в Интернет; </w:t>
      </w:r>
    </w:p>
    <w:p w:rsidR="00C01102" w:rsidRPr="00736AD6" w:rsidRDefault="00736AD6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—  безопасно осуществлять коммуникацию в школьных сообществах с помощью учителя в случае необходимости.</w:t>
      </w:r>
    </w:p>
    <w:p w:rsidR="00C01102" w:rsidRPr="00736AD6" w:rsidRDefault="00C01102">
      <w:pPr>
        <w:rPr>
          <w:lang w:val="ru-RU"/>
        </w:rPr>
        <w:sectPr w:rsidR="00C01102" w:rsidRPr="00736AD6">
          <w:pgSz w:w="11900" w:h="16840"/>
          <w:pgMar w:top="286" w:right="808" w:bottom="1440" w:left="1086" w:header="720" w:footer="720" w:gutter="0"/>
          <w:cols w:space="720" w:equalWidth="0">
            <w:col w:w="10006" w:space="0"/>
          </w:cols>
          <w:docGrid w:linePitch="360"/>
        </w:sectPr>
      </w:pPr>
    </w:p>
    <w:p w:rsidR="00C01102" w:rsidRPr="00736AD6" w:rsidRDefault="00C01102">
      <w:pPr>
        <w:autoSpaceDE w:val="0"/>
        <w:autoSpaceDN w:val="0"/>
        <w:spacing w:after="64" w:line="220" w:lineRule="exact"/>
        <w:rPr>
          <w:lang w:val="ru-RU"/>
        </w:rPr>
      </w:pPr>
    </w:p>
    <w:p w:rsidR="00C01102" w:rsidRDefault="00736AD6">
      <w:pPr>
        <w:autoSpaceDE w:val="0"/>
        <w:autoSpaceDN w:val="0"/>
        <w:spacing w:after="92" w:line="374" w:lineRule="auto"/>
        <w:ind w:right="11952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18"/>
        </w:rPr>
        <w:t>1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394"/>
        <w:gridCol w:w="528"/>
        <w:gridCol w:w="1404"/>
        <w:gridCol w:w="1430"/>
        <w:gridCol w:w="3278"/>
      </w:tblGrid>
      <w:tr w:rsidR="00C01102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8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33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3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C01102">
        <w:trPr>
          <w:trHeight w:hRule="exact" w:val="540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102" w:rsidRDefault="00C01102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102" w:rsidRDefault="00C01102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102" w:rsidRDefault="00C01102"/>
        </w:tc>
      </w:tr>
      <w:tr w:rsidR="00C01102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8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Человек и общество.</w:t>
            </w:r>
          </w:p>
        </w:tc>
      </w:tr>
      <w:tr w:rsidR="00C0110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Школьные традиции и праздники. Классный, школьный коллектив, совместная деятельность.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Одноклассники, взаимоотношения между ними; ценность дружбы, взаимной помощи.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Рабочее место школьника. Правила безопасной работы на учебном месте, режим труда и отдыха.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Россия Москва — столица России. Народы России.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Первоначальные сведения о родном крае. Название своего   населённого пункта (города, села), региона.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Культурные объекты родного края. Труд людей. Ценность и красота рукотворного мира.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Правила поведения в социуме.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Моя семья в прошлом и настоящем. Имена и фамилии членов семьи, их профессии.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Взаимоотношения и взаимопомощь в семье.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Совместный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труд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 и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отдых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5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Домашний адрес.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48"/>
        </w:trPr>
        <w:tc>
          <w:tcPr>
            <w:tcW w:w="8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C01102"/>
        </w:tc>
      </w:tr>
      <w:tr w:rsidR="00C0110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Человек и природа.</w:t>
            </w:r>
          </w:p>
        </w:tc>
      </w:tr>
      <w:tr w:rsidR="00C01102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64" w:after="0" w:line="245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Природа и предметы, созданные человеком. Природные материалы. Бережное отношение к </w:t>
            </w:r>
            <w:proofErr w:type="gramStart"/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пред</w:t>
            </w:r>
            <w:proofErr w:type="gramEnd"/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метам, вещам, уход за ними.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64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Неживая и живая природа.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Погода и термометр. Наблюдение за погодой своего края.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Сезонные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изменения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природе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9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Взаимосвязи между человеком и природой. Правила нравственного и безопасного поведения в природе.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66" w:after="0" w:line="247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Растения ближайшего окружения (узнавание, называние, краткое  описание).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Лиственные и хвойные растения. Дикорастущие и культурные растения.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66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proofErr w:type="gramStart"/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Части растения (называние, краткая характеристика значения для жизни растения): корень, стебель, лист, цветок, плод, семя.</w:t>
            </w:r>
            <w:proofErr w:type="gram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Комнатные растения, правила содержания и ухода.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Разные группы животных (звери, насекомые, птицы, рыбы и др.).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Домашние и дикие животные (различия в условиях жизни).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2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Забота о домашних питомцах.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</w:tbl>
    <w:p w:rsidR="00C01102" w:rsidRDefault="00C01102">
      <w:pPr>
        <w:autoSpaceDE w:val="0"/>
        <w:autoSpaceDN w:val="0"/>
        <w:spacing w:after="0" w:line="14" w:lineRule="exact"/>
      </w:pPr>
    </w:p>
    <w:p w:rsidR="00C01102" w:rsidRDefault="00C01102">
      <w:pPr>
        <w:sectPr w:rsidR="00C01102">
          <w:pgSz w:w="16840" w:h="11900"/>
          <w:pgMar w:top="282" w:right="640" w:bottom="406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01102" w:rsidRDefault="00C01102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8394"/>
        <w:gridCol w:w="528"/>
        <w:gridCol w:w="1404"/>
        <w:gridCol w:w="1430"/>
        <w:gridCol w:w="3278"/>
      </w:tblGrid>
      <w:tr w:rsidR="00C01102">
        <w:trPr>
          <w:trHeight w:hRule="exact" w:val="348"/>
        </w:trPr>
        <w:tc>
          <w:tcPr>
            <w:tcW w:w="8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37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C01102"/>
        </w:tc>
      </w:tr>
      <w:tr w:rsidR="00C0110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Правила безопасной жизни.</w:t>
            </w:r>
          </w:p>
        </w:tc>
      </w:tr>
      <w:tr w:rsidR="00C0110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Необходимость соблюдения режима дня, правил здорового питания и личной гигиены.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4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Правила безопасности в быту: пользование бытовыми </w:t>
            </w:r>
            <w:proofErr w:type="spellStart"/>
            <w:proofErr w:type="gramStart"/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электро</w:t>
            </w:r>
            <w:proofErr w:type="spellEnd"/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приборами</w:t>
            </w:r>
            <w:proofErr w:type="gramEnd"/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, газовыми плитами.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54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45" w:lineRule="auto"/>
              <w:ind w:left="72" w:right="576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5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8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45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Интернет.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http://nsc.1september.ru/urok</w:t>
            </w:r>
          </w:p>
        </w:tc>
      </w:tr>
      <w:tr w:rsidR="00C01102">
        <w:trPr>
          <w:trHeight w:hRule="exact" w:val="348"/>
        </w:trPr>
        <w:tc>
          <w:tcPr>
            <w:tcW w:w="8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C01102"/>
        </w:tc>
      </w:tr>
      <w:tr w:rsidR="00C01102">
        <w:trPr>
          <w:trHeight w:hRule="exact" w:val="348"/>
        </w:trPr>
        <w:tc>
          <w:tcPr>
            <w:tcW w:w="8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C01102"/>
        </w:tc>
      </w:tr>
      <w:tr w:rsidR="00C01102">
        <w:trPr>
          <w:trHeight w:hRule="exact" w:val="348"/>
        </w:trPr>
        <w:tc>
          <w:tcPr>
            <w:tcW w:w="8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66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3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C01102"/>
        </w:tc>
      </w:tr>
    </w:tbl>
    <w:p w:rsidR="00C01102" w:rsidRDefault="00736AD6">
      <w:pPr>
        <w:autoSpaceDE w:val="0"/>
        <w:autoSpaceDN w:val="0"/>
        <w:spacing w:before="188" w:after="92" w:line="233" w:lineRule="auto"/>
      </w:pPr>
      <w:r>
        <w:rPr>
          <w:rFonts w:ascii="Times New Roman" w:eastAsia="Times New Roman" w:hAnsi="Times New Roman"/>
          <w:b/>
          <w:color w:val="000000"/>
          <w:sz w:val="18"/>
        </w:rPr>
        <w:t>2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928"/>
        <w:gridCol w:w="528"/>
        <w:gridCol w:w="1106"/>
        <w:gridCol w:w="1140"/>
        <w:gridCol w:w="5332"/>
      </w:tblGrid>
      <w:tr w:rsidR="00C01102">
        <w:trPr>
          <w:trHeight w:hRule="exact" w:val="348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69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часов</w:t>
            </w:r>
            <w:proofErr w:type="spellEnd"/>
          </w:p>
        </w:tc>
        <w:tc>
          <w:tcPr>
            <w:tcW w:w="5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C01102">
        <w:trPr>
          <w:trHeight w:hRule="exact" w:val="540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102" w:rsidRDefault="00C01102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102" w:rsidRDefault="00C01102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102" w:rsidRDefault="00C01102"/>
        </w:tc>
      </w:tr>
      <w:tr w:rsidR="00C0110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Человек и общество.</w:t>
            </w:r>
          </w:p>
        </w:tc>
      </w:tr>
      <w:tr w:rsidR="00C01102" w:rsidRPr="00E957E2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Наша Родина — Россия, Российская Федерация. Россия и её столица на карте.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Государственные символы России, символика  своего региона.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64" w:after="0" w:line="233" w:lineRule="auto"/>
              <w:ind w:left="72"/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Москва — </w:t>
            </w:r>
            <w:proofErr w:type="spellStart"/>
            <w:proofErr w:type="gramStart"/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столи</w:t>
            </w:r>
            <w:proofErr w:type="spellEnd"/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proofErr w:type="spellStart"/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ца</w:t>
            </w:r>
            <w:proofErr w:type="spellEnd"/>
            <w:proofErr w:type="gramEnd"/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. Достопримечательности Москвы.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Страницы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истории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Москвы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1.4.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Города России. Свой регион и его столица на карте РФ.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1.5.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66" w:after="0" w:line="230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Россия — многонациональное государство. Народы России, их традиции, обычаи, праздники.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1.6.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64" w:after="0" w:line="247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Родной край, его природные и культурные достопримечательности.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1.7.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Значимые события истории родного края. Свой регион и его главный город   на карте.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</w:tbl>
    <w:p w:rsidR="00C01102" w:rsidRPr="00736AD6" w:rsidRDefault="00C01102">
      <w:pPr>
        <w:autoSpaceDE w:val="0"/>
        <w:autoSpaceDN w:val="0"/>
        <w:spacing w:after="0" w:line="14" w:lineRule="exact"/>
        <w:rPr>
          <w:lang w:val="ru-RU"/>
        </w:rPr>
      </w:pPr>
    </w:p>
    <w:p w:rsidR="00C01102" w:rsidRPr="00736AD6" w:rsidRDefault="00C01102">
      <w:pPr>
        <w:rPr>
          <w:lang w:val="ru-RU"/>
        </w:rPr>
        <w:sectPr w:rsidR="00C01102" w:rsidRPr="00736AD6">
          <w:pgSz w:w="16840" w:h="11900"/>
          <w:pgMar w:top="284" w:right="640" w:bottom="47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01102" w:rsidRPr="00736AD6" w:rsidRDefault="00C01102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928"/>
        <w:gridCol w:w="528"/>
        <w:gridCol w:w="1106"/>
        <w:gridCol w:w="1140"/>
        <w:gridCol w:w="5332"/>
      </w:tblGrid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1.8.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45" w:lineRule="auto"/>
              <w:ind w:left="72" w:right="144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Хозяйственные  занятия, профессии жителей родного  края. Значение труда в жизни человека и общества.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1.9.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Семья </w:t>
            </w:r>
            <w:r w:rsidRPr="00736AD6">
              <w:rPr>
                <w:rFonts w:ascii="Times New Roman" w:eastAsia="Times New Roman" w:hAnsi="Times New Roman"/>
                <w:b/>
                <w:i/>
                <w:color w:val="000000"/>
                <w:w w:val="97"/>
                <w:sz w:val="16"/>
                <w:lang w:val="ru-RU"/>
              </w:rPr>
              <w:t xml:space="preserve">— </w:t>
            </w: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коллектив. Семейное древо. Семейные ценности</w:t>
            </w:r>
            <w:proofErr w:type="gramStart"/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.</w:t>
            </w:r>
            <w:proofErr w:type="gramEnd"/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</w:t>
            </w:r>
            <w:proofErr w:type="gramStart"/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</w:t>
            </w:r>
            <w:proofErr w:type="gramEnd"/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  традиции.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1.10.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Совместный  труд и отдых. Участие детей в делах семьи.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1.11.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культурного поведения в общественных местах.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1.12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64" w:after="0" w:line="252" w:lineRule="auto"/>
              <w:ind w:left="72" w:right="576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Доброта, справедливость, честность, уважение к чужому мнению </w:t>
            </w:r>
            <w:r w:rsidRPr="00736AD6">
              <w:rPr>
                <w:lang w:val="ru-RU"/>
              </w:rPr>
              <w:br/>
            </w: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 особенностям других людей — главные правила взаимоотношений членов общества.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>
        <w:trPr>
          <w:trHeight w:hRule="exact" w:val="348"/>
        </w:trPr>
        <w:tc>
          <w:tcPr>
            <w:tcW w:w="7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16</w:t>
            </w:r>
          </w:p>
        </w:tc>
        <w:tc>
          <w:tcPr>
            <w:tcW w:w="7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C01102"/>
        </w:tc>
      </w:tr>
      <w:tr w:rsidR="00C0110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2.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Человек и природа.</w:t>
            </w:r>
          </w:p>
        </w:tc>
      </w:tr>
      <w:tr w:rsidR="00C01102" w:rsidRPr="00E957E2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66" w:after="0" w:line="230" w:lineRule="auto"/>
              <w:ind w:left="72"/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Наблюдения, опыты, измерения. Звёзды и созвездия, наблюдения звёздного неба.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Планеты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2.2.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66" w:after="0" w:line="230" w:lineRule="auto"/>
              <w:ind w:left="72"/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Чем Земля отличается от других планет.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Условия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жизни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Земле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2.3.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64" w:after="0" w:line="233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Изображения Земли: глобус, карта, план.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2.4.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Карта мира. Материки, океаны.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2.5.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45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Определение сторон горизонта при помощи компаса. Компас, его устройство, ориентирование на местности.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2.6.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Многообразие растений. Деревья, кустарники, травы.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2.7.</w:t>
            </w:r>
          </w:p>
        </w:tc>
        <w:tc>
          <w:tcPr>
            <w:tcW w:w="69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62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Дикорастущие и культурные растения.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4" w:after="0" w:line="250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1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2.8.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Связи в природе. Годовой ход изменений в жизни растения.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</w:tbl>
    <w:p w:rsidR="00C01102" w:rsidRPr="00736AD6" w:rsidRDefault="00C01102">
      <w:pPr>
        <w:autoSpaceDE w:val="0"/>
        <w:autoSpaceDN w:val="0"/>
        <w:spacing w:after="0" w:line="14" w:lineRule="exact"/>
        <w:rPr>
          <w:lang w:val="ru-RU"/>
        </w:rPr>
      </w:pPr>
    </w:p>
    <w:p w:rsidR="00C01102" w:rsidRPr="00736AD6" w:rsidRDefault="00C01102">
      <w:pPr>
        <w:rPr>
          <w:lang w:val="ru-RU"/>
        </w:rPr>
        <w:sectPr w:rsidR="00C01102" w:rsidRPr="00736AD6">
          <w:pgSz w:w="16840" w:h="11900"/>
          <w:pgMar w:top="284" w:right="640" w:bottom="55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01102" w:rsidRPr="00736AD6" w:rsidRDefault="00C01102">
      <w:pPr>
        <w:autoSpaceDE w:val="0"/>
        <w:autoSpaceDN w:val="0"/>
        <w:spacing w:after="66" w:line="220" w:lineRule="exact"/>
        <w:rPr>
          <w:lang w:val="ru-RU"/>
        </w:rPr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468"/>
        <w:gridCol w:w="6928"/>
        <w:gridCol w:w="528"/>
        <w:gridCol w:w="1106"/>
        <w:gridCol w:w="1140"/>
        <w:gridCol w:w="5332"/>
      </w:tblGrid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2.9.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Мир животных (фауна).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2.10.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45" w:lineRule="auto"/>
              <w:ind w:left="72" w:right="432"/>
              <w:rPr>
                <w:lang w:val="ru-RU"/>
              </w:rPr>
            </w:pPr>
            <w:proofErr w:type="gramStart"/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Насекомые, рыбы, птицы, звери, земноводные, пресмыкающиеся: общая характеристика (особенности внешнего вида, движений,  питания,  размножения).</w:t>
            </w:r>
            <w:proofErr w:type="gram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89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2.11.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Сезонная жизнь животных.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2.12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45" w:lineRule="auto"/>
              <w:ind w:left="72" w:right="144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Красная книга России, её значение, отдельные представители растений и животных Красной книги.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2.13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45" w:lineRule="auto"/>
              <w:ind w:left="72" w:right="43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Заповедники, природные парки. Охрана природы. Правила нравственного поведения на природе.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>
        <w:trPr>
          <w:trHeight w:hRule="exact" w:val="348"/>
        </w:trPr>
        <w:tc>
          <w:tcPr>
            <w:tcW w:w="7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7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C01102"/>
        </w:tc>
      </w:tr>
      <w:tr w:rsidR="00C01102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3.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Правила безопасной жизни.</w:t>
            </w:r>
          </w:p>
        </w:tc>
      </w:tr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66" w:after="0" w:line="252" w:lineRule="auto"/>
              <w:ind w:left="72" w:right="720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66" w:after="0" w:line="245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Физическая культура, закаливание, игры на воздухе как условие сохранения и укрепления здоровья.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50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64" w:after="0" w:line="252" w:lineRule="auto"/>
              <w:ind w:left="72" w:right="576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Правила  безопасности в школе (маршрут до школы, правила поведения на  занятиях, переменах, при приёмах пищи, а также на пришкольной территории).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45" w:lineRule="auto"/>
              <w:ind w:left="72" w:right="144"/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Правила безопасного поведения пассажира наземного транспорта и метро.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Номера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телефонов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экстренной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помощи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6" w:after="0" w:line="250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 w:rsidRPr="00E957E2">
        <w:trPr>
          <w:trHeight w:hRule="exact" w:val="73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6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47" w:lineRule="auto"/>
              <w:ind w:left="72" w:right="144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 xml:space="preserve">Правила поведения при пользовании  компьютером. Безопасность в Интернете </w:t>
            </w:r>
            <w:r w:rsidRPr="00736AD6">
              <w:rPr>
                <w:lang w:val="ru-RU"/>
              </w:rPr>
              <w:br/>
            </w:r>
            <w:r w:rsidRPr="00736AD6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(коммуникация  в мессенджерах и социальных группах) в условиях контролируемого доступа в Интернет.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8" w:after="0" w:line="247" w:lineRule="auto"/>
              <w:ind w:left="72" w:right="288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Электронное приложение к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учебнику</w:t>
            </w:r>
            <w:proofErr w:type="gram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«О</w:t>
            </w:r>
            <w:proofErr w:type="gram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кружающий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мир»,2 класс (Диск 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D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)единая </w:t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коллекцияцифровыхобразовательныхресурсов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 (или </w:t>
            </w:r>
            <w:r w:rsidRPr="00736AD6">
              <w:rPr>
                <w:lang w:val="ru-RU"/>
              </w:rPr>
              <w:br/>
            </w:r>
            <w:proofErr w:type="spellStart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поадресу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</w:t>
            </w: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://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schoolcollection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edu</w:t>
            </w:r>
            <w:proofErr w:type="spellEnd"/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ru</w:t>
            </w:r>
            <w:proofErr w:type="spellEnd"/>
          </w:p>
        </w:tc>
      </w:tr>
      <w:tr w:rsidR="00C01102">
        <w:trPr>
          <w:trHeight w:hRule="exact" w:val="348"/>
        </w:trPr>
        <w:tc>
          <w:tcPr>
            <w:tcW w:w="7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12</w:t>
            </w:r>
          </w:p>
        </w:tc>
        <w:tc>
          <w:tcPr>
            <w:tcW w:w="7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C01102"/>
        </w:tc>
      </w:tr>
      <w:tr w:rsidR="00C01102">
        <w:trPr>
          <w:trHeight w:hRule="exact" w:val="350"/>
        </w:trPr>
        <w:tc>
          <w:tcPr>
            <w:tcW w:w="7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7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C01102"/>
        </w:tc>
      </w:tr>
      <w:tr w:rsidR="00C01102">
        <w:trPr>
          <w:trHeight w:hRule="exact" w:val="348"/>
        </w:trPr>
        <w:tc>
          <w:tcPr>
            <w:tcW w:w="7396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Pr="00736AD6" w:rsidRDefault="00736AD6">
            <w:pPr>
              <w:autoSpaceDE w:val="0"/>
              <w:autoSpaceDN w:val="0"/>
              <w:spacing w:before="74" w:after="0" w:line="230" w:lineRule="auto"/>
              <w:ind w:left="72"/>
              <w:rPr>
                <w:lang w:val="ru-RU"/>
              </w:rPr>
            </w:pPr>
            <w:r w:rsidRPr="00736AD6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736AD6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533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01102" w:rsidRDefault="00C01102"/>
        </w:tc>
      </w:tr>
    </w:tbl>
    <w:p w:rsidR="00C01102" w:rsidRPr="0062437E" w:rsidRDefault="00C01102">
      <w:pPr>
        <w:autoSpaceDE w:val="0"/>
        <w:autoSpaceDN w:val="0"/>
        <w:spacing w:before="186" w:after="94" w:line="233" w:lineRule="auto"/>
        <w:rPr>
          <w:lang w:val="ru-RU"/>
        </w:rPr>
      </w:pPr>
    </w:p>
    <w:p w:rsidR="0062437E" w:rsidRPr="0062437E" w:rsidRDefault="0062437E" w:rsidP="0062437E">
      <w:pPr>
        <w:tabs>
          <w:tab w:val="left" w:pos="13949"/>
        </w:tabs>
        <w:rPr>
          <w:lang w:val="ru-RU"/>
        </w:rPr>
        <w:sectPr w:rsidR="0062437E" w:rsidRPr="0062437E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C01102" w:rsidRDefault="00C01102">
      <w:pPr>
        <w:autoSpaceDE w:val="0"/>
        <w:autoSpaceDN w:val="0"/>
        <w:spacing w:after="78" w:line="220" w:lineRule="exact"/>
      </w:pPr>
    </w:p>
    <w:p w:rsidR="00C01102" w:rsidRPr="0062437E" w:rsidRDefault="00736AD6">
      <w:pPr>
        <w:autoSpaceDE w:val="0"/>
        <w:autoSpaceDN w:val="0"/>
        <w:spacing w:after="0" w:line="230" w:lineRule="auto"/>
        <w:rPr>
          <w:lang w:val="ru-RU"/>
        </w:rPr>
      </w:pPr>
      <w:r w:rsidRPr="0062437E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C01102" w:rsidRPr="00736AD6" w:rsidRDefault="00736AD6">
      <w:pPr>
        <w:autoSpaceDE w:val="0"/>
        <w:autoSpaceDN w:val="0"/>
        <w:spacing w:before="346" w:after="0" w:line="367" w:lineRule="auto"/>
        <w:ind w:right="720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 КЛАСС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Окружающий мир (в 2 частях), 1 класс /Плешаков А.А., Акционерное общество «</w:t>
      </w:r>
      <w:proofErr w:type="spell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Издательств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о«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Просвещение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»;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Окружающий мир (в 2 частях), 1 класс /Плешаков А.А., Новицкая М.Ю., Акционерное </w:t>
      </w:r>
      <w:proofErr w:type="spell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общество«Издательство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«Просвещение»;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Окружающий мир (в 2 частях), 2 класс /Плешаков А.А., Акционерное общество «</w:t>
      </w:r>
      <w:proofErr w:type="spell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Издательство«Просвещение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» ; </w:t>
      </w:r>
      <w:r w:rsidRPr="00736AD6">
        <w:rPr>
          <w:lang w:val="ru-RU"/>
        </w:rPr>
        <w:br/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1 КЛАСС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Плешаков А.А., </w:t>
      </w:r>
      <w:proofErr w:type="spell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Крючкова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Е.А. Окружающий мир. 1 класс 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( 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в 2-х частях). Учебник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О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т земли до неба. Атлас определитель. </w:t>
      </w:r>
    </w:p>
    <w:p w:rsidR="00C01102" w:rsidRPr="00736AD6" w:rsidRDefault="00736AD6">
      <w:pPr>
        <w:autoSpaceDE w:val="0"/>
        <w:autoSpaceDN w:val="0"/>
        <w:spacing w:before="70"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Методические рекомендации.</w:t>
      </w:r>
    </w:p>
    <w:p w:rsidR="00C01102" w:rsidRPr="00736AD6" w:rsidRDefault="00736AD6">
      <w:pPr>
        <w:autoSpaceDE w:val="0"/>
        <w:autoSpaceDN w:val="0"/>
        <w:spacing w:before="598" w:after="0" w:line="300" w:lineRule="auto"/>
        <w:ind w:right="2016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Плешаков А.А., </w:t>
      </w:r>
      <w:proofErr w:type="spell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Крючкова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Е.А. Окружающий мир.2 класс 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( 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в 2-х частях). Учебник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О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т земли до неба. Атлас определитель. </w:t>
      </w:r>
    </w:p>
    <w:p w:rsidR="00C01102" w:rsidRPr="00736AD6" w:rsidRDefault="00736AD6">
      <w:pPr>
        <w:autoSpaceDE w:val="0"/>
        <w:autoSpaceDN w:val="0"/>
        <w:spacing w:before="72"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Методические рекомендации.</w:t>
      </w:r>
    </w:p>
    <w:p w:rsidR="00C01102" w:rsidRPr="00736AD6" w:rsidRDefault="00736AD6" w:rsidP="0062437E">
      <w:pPr>
        <w:autoSpaceDE w:val="0"/>
        <w:autoSpaceDN w:val="0"/>
        <w:spacing w:before="264" w:after="0" w:line="403" w:lineRule="auto"/>
        <w:ind w:right="1296"/>
        <w:rPr>
          <w:lang w:val="ru-RU"/>
        </w:rPr>
        <w:sectPr w:rsidR="00C01102" w:rsidRPr="00736AD6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1 КЛАСС </w:t>
      </w:r>
      <w:r w:rsidRPr="00736AD6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nsc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.1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september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urok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2 КЛАСС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Электронное приложение к </w:t>
      </w:r>
      <w:proofErr w:type="spell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учебнику</w:t>
      </w:r>
      <w:proofErr w:type="gramStart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«О</w:t>
      </w:r>
      <w:proofErr w:type="gram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кружающий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мир»,2 класс (Диск С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)единая </w:t>
      </w:r>
      <w:r w:rsidR="00A758A1">
        <w:rPr>
          <w:rFonts w:ascii="Times New Roman" w:eastAsia="Times New Roman" w:hAnsi="Times New Roman"/>
          <w:color w:val="000000"/>
          <w:sz w:val="24"/>
          <w:lang w:val="ru-RU"/>
        </w:rPr>
        <w:br/>
        <w:t>к</w:t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оллекция</w:t>
      </w:r>
      <w:r w:rsidR="0062437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цифровых</w:t>
      </w:r>
      <w:r w:rsidR="0062437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образовательных</w:t>
      </w:r>
      <w:r w:rsidR="0062437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ресурсов (или </w:t>
      </w:r>
      <w:proofErr w:type="spellStart"/>
      <w:r w:rsidR="00A758A1">
        <w:rPr>
          <w:rFonts w:ascii="Times New Roman" w:eastAsia="Times New Roman" w:hAnsi="Times New Roman"/>
          <w:color w:val="000000"/>
          <w:sz w:val="24"/>
          <w:lang w:val="ru-RU"/>
        </w:rPr>
        <w:t>п</w:t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оадресу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: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schoolcollection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edu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</w:p>
    <w:p w:rsidR="00C01102" w:rsidRPr="00736AD6" w:rsidRDefault="00C01102">
      <w:pPr>
        <w:autoSpaceDE w:val="0"/>
        <w:autoSpaceDN w:val="0"/>
        <w:spacing w:after="78" w:line="220" w:lineRule="exact"/>
        <w:rPr>
          <w:lang w:val="ru-RU"/>
        </w:rPr>
      </w:pPr>
    </w:p>
    <w:p w:rsidR="00C01102" w:rsidRPr="00736AD6" w:rsidRDefault="00736AD6">
      <w:pPr>
        <w:autoSpaceDE w:val="0"/>
        <w:autoSpaceDN w:val="0"/>
        <w:spacing w:after="0" w:line="230" w:lineRule="auto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:rsidR="00C01102" w:rsidRPr="00736AD6" w:rsidRDefault="00736AD6">
      <w:pPr>
        <w:autoSpaceDE w:val="0"/>
        <w:autoSpaceDN w:val="0"/>
        <w:spacing w:before="346" w:after="0" w:line="302" w:lineRule="auto"/>
        <w:ind w:right="7200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УЧЕБНОЕ ОБОРУДОВАНИЕ </w:t>
      </w:r>
      <w:r w:rsidRPr="00736AD6">
        <w:rPr>
          <w:lang w:val="ru-RU"/>
        </w:rPr>
        <w:br/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Учебные плакаты</w:t>
      </w:r>
    </w:p>
    <w:p w:rsidR="00C01102" w:rsidRPr="00736AD6" w:rsidRDefault="00736AD6">
      <w:pPr>
        <w:autoSpaceDE w:val="0"/>
        <w:autoSpaceDN w:val="0"/>
        <w:spacing w:before="262" w:after="0" w:line="302" w:lineRule="auto"/>
        <w:ind w:right="3024"/>
        <w:rPr>
          <w:lang w:val="ru-RU"/>
        </w:rPr>
      </w:pPr>
      <w:r w:rsidRPr="00736AD6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ОБОРУДОВАНИЕ ДЛЯ ПРОВЕДЕНИЯ ПРАКТИЧЕСКИХ РАБОТ </w:t>
      </w:r>
      <w:r w:rsidRPr="00736AD6">
        <w:rPr>
          <w:rFonts w:ascii="Times New Roman" w:eastAsia="Times New Roman" w:hAnsi="Times New Roman"/>
          <w:color w:val="000000"/>
          <w:sz w:val="24"/>
          <w:lang w:val="ru-RU"/>
        </w:rPr>
        <w:t>Гербарий, термометр</w:t>
      </w:r>
    </w:p>
    <w:p w:rsidR="00C01102" w:rsidRDefault="00C01102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A758A1" w:rsidRDefault="00A758A1">
      <w:pPr>
        <w:rPr>
          <w:lang w:val="ru-RU"/>
        </w:rPr>
      </w:pPr>
    </w:p>
    <w:p w:rsidR="00736AD6" w:rsidRPr="00736AD6" w:rsidRDefault="00736AD6">
      <w:pPr>
        <w:rPr>
          <w:lang w:val="ru-RU"/>
        </w:rPr>
      </w:pPr>
    </w:p>
    <w:sectPr w:rsidR="00736AD6" w:rsidRPr="00736AD6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667" w:rsidRDefault="008A3667" w:rsidP="0062437E">
      <w:pPr>
        <w:spacing w:after="0" w:line="240" w:lineRule="auto"/>
      </w:pPr>
      <w:r>
        <w:separator/>
      </w:r>
    </w:p>
  </w:endnote>
  <w:endnote w:type="continuationSeparator" w:id="0">
    <w:p w:rsidR="008A3667" w:rsidRDefault="008A3667" w:rsidP="006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667" w:rsidRDefault="008A3667" w:rsidP="0062437E">
      <w:pPr>
        <w:spacing w:after="0" w:line="240" w:lineRule="auto"/>
      </w:pPr>
      <w:r>
        <w:separator/>
      </w:r>
    </w:p>
  </w:footnote>
  <w:footnote w:type="continuationSeparator" w:id="0">
    <w:p w:rsidR="008A3667" w:rsidRDefault="008A3667" w:rsidP="006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B0FF1"/>
    <w:rsid w:val="00326F90"/>
    <w:rsid w:val="0062437E"/>
    <w:rsid w:val="00736AD6"/>
    <w:rsid w:val="008A3667"/>
    <w:rsid w:val="00A758A1"/>
    <w:rsid w:val="00AA1D8D"/>
    <w:rsid w:val="00B47730"/>
    <w:rsid w:val="00C01102"/>
    <w:rsid w:val="00CB0664"/>
    <w:rsid w:val="00E957E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A3C33C8-11DC-4C48-AC9E-3D9B04E25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6780</Words>
  <Characters>38651</Characters>
  <Application>Microsoft Office Word</Application>
  <DocSecurity>0</DocSecurity>
  <Lines>322</Lines>
  <Paragraphs>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45341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Учитель</cp:lastModifiedBy>
  <cp:revision>5</cp:revision>
  <dcterms:created xsi:type="dcterms:W3CDTF">2013-12-23T23:15:00Z</dcterms:created>
  <dcterms:modified xsi:type="dcterms:W3CDTF">2022-10-22T18:54:00Z</dcterms:modified>
  <cp:category/>
</cp:coreProperties>
</file>